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2044" w:rsidRDefault="00D73ACF">
      <w:r>
        <w:rPr>
          <w:rFonts w:ascii="Calibri" w:eastAsia="Calibri" w:hAnsi="Calibri" w:cs="Calibri"/>
          <w:i/>
          <w:color w:val="8E8B82"/>
          <w:sz w:val="16"/>
        </w:rPr>
        <w:t>DESIGN.md HashiCorp: eyebrow em caixa alta, datas em mono, regra preta. Apague esta linha.</w:t>
      </w:r>
    </w:p>
    <w:p w:rsidR="00352044" w:rsidRDefault="00D73ACF">
      <w:pPr>
        <w:spacing w:after="20" w:line="283" w:lineRule="auto"/>
      </w:pPr>
      <w:r>
        <w:rPr>
          <w:rFonts w:ascii="Calibri" w:eastAsia="Calibri" w:hAnsi="Calibri" w:cs="Calibri"/>
          <w:b/>
          <w:color w:val="000000"/>
          <w:spacing w:val="-12"/>
          <w:sz w:val="44"/>
        </w:rPr>
        <w:t>[SEU NOME COMPLETO]</w:t>
      </w:r>
    </w:p>
    <w:p w:rsidR="00352044" w:rsidRDefault="00D73ACF">
      <w:pPr>
        <w:pBdr>
          <w:bottom w:val="single" w:sz="16" w:space="3" w:color="000000"/>
        </w:pBdr>
        <w:spacing w:after="80"/>
      </w:pPr>
      <w:r>
        <w:rPr>
          <w:rFonts w:ascii="Calibri" w:eastAsia="Calibri" w:hAnsi="Calibri" w:cs="Calibri"/>
          <w:b/>
          <w:color w:val="1868F2"/>
          <w:spacing w:val="16"/>
          <w:sz w:val="20"/>
        </w:rPr>
        <w:t>[FUNÇÃO / ESPECIALIDADE — EX: ASSISTENTE COM EXCEL]</w:t>
      </w:r>
    </w:p>
    <w:p w:rsidR="00352044" w:rsidRDefault="00D73ACF">
      <w:pPr>
        <w:spacing w:after="240"/>
      </w:pPr>
      <w:r>
        <w:rPr>
          <w:rFonts w:ascii="Consolas" w:eastAsia="Consolas" w:hAnsi="Consolas" w:cs="Consolas"/>
          <w:color w:val="656A76"/>
          <w:sz w:val="18"/>
        </w:rPr>
        <w:t>[email@exemplo.com]   [(48) 99999-0000]   [São José, SC]   [linkedin.com/in/seuperfil]</w:t>
      </w:r>
    </w:p>
    <w:tbl>
      <w:tblPr>
        <w:tblW w:w="99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600"/>
        <w:gridCol w:w="6378"/>
      </w:tblGrid>
      <w:tr w:rsidR="00352044">
        <w:tc>
          <w:tcPr>
            <w:tcW w:w="3600" w:type="dxa"/>
            <w:shd w:val="clear" w:color="auto" w:fill="FFFFFF"/>
            <w:tcMar>
              <w:top w:w="0" w:type="dxa"/>
              <w:left w:w="0" w:type="dxa"/>
              <w:bottom w:w="0" w:type="dxa"/>
              <w:right w:w="180" w:type="dxa"/>
            </w:tcMar>
          </w:tcPr>
          <w:p w:rsidR="00352044" w:rsidRDefault="00352044">
            <w:pPr>
              <w:spacing w:after="0"/>
            </w:pPr>
          </w:p>
          <w:p w:rsidR="00352044" w:rsidRDefault="00D73ACF">
            <w:pPr>
              <w:pBdr>
                <w:bottom w:val="single" w:sz="6" w:space="2" w:color="000000"/>
              </w:pBdr>
              <w:spacing w:before="280" w:after="120"/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COMPETÊNCIAS</w:t>
            </w:r>
          </w:p>
          <w:p w:rsidR="00352044" w:rsidRDefault="00D73ACF">
            <w:pPr>
              <w:spacing w:after="100"/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[Excel — PROCV e tabela dinâmica]</w:t>
            </w:r>
          </w:p>
          <w:p w:rsidR="00352044" w:rsidRDefault="00D73ACF">
            <w:pPr>
              <w:spacing w:after="100"/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[Word e digitação]</w:t>
            </w:r>
          </w:p>
          <w:p w:rsidR="00352044" w:rsidRDefault="00D73ACF">
            <w:pPr>
              <w:spacing w:after="100"/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[Organização de base]</w:t>
            </w:r>
          </w:p>
          <w:p w:rsidR="00352044" w:rsidRDefault="00D73ACF">
            <w:pPr>
              <w:spacing w:after="100"/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[Atendimento]</w:t>
            </w:r>
          </w:p>
          <w:p w:rsidR="00352044" w:rsidRDefault="00D73ACF">
            <w:pPr>
              <w:spacing w:after="100"/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[Windows e pasta de rede]</w:t>
            </w:r>
          </w:p>
          <w:p w:rsidR="00352044" w:rsidRDefault="00D73ACF">
            <w:pPr>
              <w:pBdr>
                <w:bottom w:val="single" w:sz="6" w:space="2" w:color="000000"/>
              </w:pBdr>
              <w:spacing w:before="280" w:after="120"/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FORMAÇÃO</w:t>
            </w:r>
          </w:p>
          <w:p w:rsidR="00352044" w:rsidRDefault="00D73ACF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[Técnico / graduação]</w:t>
            </w:r>
          </w:p>
          <w:p w:rsidR="00352044" w:rsidRDefault="00D73ACF">
            <w:pPr>
              <w:spacing w:after="160"/>
            </w:pPr>
            <w:r>
              <w:rPr>
                <w:rFonts w:ascii="Consolas" w:eastAsia="Consolas" w:hAnsi="Consolas" w:cs="Consolas"/>
                <w:color w:val="656A76"/>
                <w:sz w:val="18"/>
              </w:rPr>
              <w:t>[Instituição]  ·  [ano]</w:t>
            </w:r>
          </w:p>
          <w:p w:rsidR="00352044" w:rsidRDefault="00D73ACF">
            <w:pPr>
              <w:pBdr>
                <w:bottom w:val="single" w:sz="6" w:space="2" w:color="000000"/>
              </w:pBdr>
              <w:spacing w:before="280" w:after="120"/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CURSOS</w:t>
            </w:r>
          </w:p>
          <w:p w:rsidR="00352044" w:rsidRDefault="00D73ACF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[Excel avançado]</w:t>
            </w:r>
          </w:p>
          <w:p w:rsidR="00352044" w:rsidRDefault="00D73ACF">
            <w:pPr>
              <w:spacing w:after="120"/>
            </w:pPr>
            <w:r>
              <w:rPr>
                <w:rFonts w:ascii="Consolas" w:eastAsia="Consolas" w:hAnsi="Consolas" w:cs="Consolas"/>
                <w:color w:val="656A76"/>
                <w:sz w:val="18"/>
              </w:rPr>
              <w:t>[Onde]  ·  [ano]</w:t>
            </w:r>
          </w:p>
          <w:p w:rsidR="00352044" w:rsidRDefault="00D73ACF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[Informática]</w:t>
            </w:r>
          </w:p>
          <w:p w:rsidR="00352044" w:rsidRDefault="00D73ACF">
            <w:pPr>
              <w:spacing w:after="0"/>
            </w:pPr>
            <w:r>
              <w:rPr>
                <w:rFonts w:ascii="Consolas" w:eastAsia="Consolas" w:hAnsi="Consolas" w:cs="Consolas"/>
                <w:color w:val="656A76"/>
                <w:sz w:val="18"/>
              </w:rPr>
              <w:t>[Onde]  ·  [ano]</w:t>
            </w:r>
          </w:p>
        </w:tc>
        <w:tc>
          <w:tcPr>
            <w:tcW w:w="6378" w:type="dxa"/>
            <w:shd w:val="clear" w:color="auto" w:fill="FFFFFF"/>
            <w:tcMar>
              <w:top w:w="0" w:type="dxa"/>
              <w:left w:w="180" w:type="dxa"/>
              <w:bottom w:w="0" w:type="dxa"/>
              <w:right w:w="0" w:type="dxa"/>
            </w:tcMar>
          </w:tcPr>
          <w:p w:rsidR="00352044" w:rsidRDefault="00352044">
            <w:pPr>
              <w:spacing w:after="0"/>
            </w:pPr>
          </w:p>
          <w:p w:rsidR="00352044" w:rsidRDefault="00D73ACF">
            <w:pPr>
              <w:pBdr>
                <w:bottom w:val="single" w:sz="6" w:space="2" w:color="000000"/>
              </w:pBdr>
              <w:spacing w:before="280" w:after="120"/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SOBRE</w:t>
            </w:r>
          </w:p>
          <w:p w:rsidR="00352044" w:rsidRDefault="00D73ACF">
            <w:pPr>
              <w:spacing w:after="120" w:line="336" w:lineRule="auto"/>
            </w:pPr>
            <w:r>
              <w:rPr>
                <w:rFonts w:ascii="Calibri" w:eastAsia="Calibri" w:hAnsi="Calibri" w:cs="Calibri"/>
                <w:color w:val="000000"/>
              </w:rPr>
              <w:t>Profissional de [área] com [X anos] usando [Excel / sistema / rotina] no dia a dia. Entrego [o que a vaga pede] com [organização / prazo / conferência].</w:t>
            </w:r>
          </w:p>
          <w:p w:rsidR="00352044" w:rsidRDefault="00D73ACF">
            <w:pPr>
              <w:pBdr>
                <w:bottom w:val="single" w:sz="6" w:space="2" w:color="000000"/>
              </w:pBdr>
              <w:spacing w:before="280" w:after="120"/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EXPERIÊNCIA PROFISSIONAL</w:t>
            </w:r>
          </w:p>
          <w:p w:rsidR="00352044" w:rsidRDefault="00D73ACF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[Cargo atual]</w:t>
            </w:r>
          </w:p>
          <w:p w:rsidR="00352044" w:rsidRDefault="00D73ACF">
            <w:pPr>
              <w:spacing w:after="80"/>
            </w:pPr>
            <w:r>
              <w:rPr>
                <w:rFonts w:ascii="Consolas" w:eastAsia="Consolas" w:hAnsi="Consolas" w:cs="Consolas"/>
                <w:color w:val="656A76"/>
                <w:sz w:val="18"/>
              </w:rPr>
              <w:t>[Empresa]     [2023 – atual]</w:t>
            </w:r>
          </w:p>
          <w:p w:rsidR="00352044" w:rsidRDefault="00D73ACF">
            <w:pPr>
              <w:spacing w:after="40"/>
            </w:pPr>
            <w:r>
              <w:rPr>
                <w:rFonts w:ascii="Calibri" w:eastAsia="Calibri" w:hAnsi="Calibri" w:cs="Calibri"/>
                <w:color w:val="161616"/>
              </w:rPr>
              <w:t>•  Atualizei [planilha / sistema] e reduzi [erro / tempo] em [X%].</w:t>
            </w:r>
          </w:p>
          <w:p w:rsidR="00352044" w:rsidRDefault="00D73ACF">
            <w:pPr>
              <w:spacing w:after="40"/>
            </w:pPr>
            <w:r>
              <w:rPr>
                <w:rFonts w:ascii="Calibri" w:eastAsia="Calibri" w:hAnsi="Calibri" w:cs="Calibri"/>
                <w:color w:val="161616"/>
              </w:rPr>
              <w:t>•  Conferi [N] [pedidos / notas] por [dia / semana].</w:t>
            </w:r>
          </w:p>
          <w:p w:rsidR="00352044" w:rsidRDefault="00D73ACF">
            <w:pPr>
              <w:spacing w:after="160"/>
            </w:pPr>
            <w:r>
              <w:rPr>
                <w:rFonts w:ascii="Calibri" w:eastAsia="Calibri" w:hAnsi="Calibri" w:cs="Calibri"/>
                <w:color w:val="161616"/>
              </w:rPr>
              <w:t>•  Treinei [colega] em [fórmula / rotina].</w:t>
            </w:r>
          </w:p>
          <w:p w:rsidR="00352044" w:rsidRDefault="00D73ACF">
            <w:pPr>
              <w:spacing w:after="0"/>
            </w:pP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[Cargo anterior]</w:t>
            </w:r>
          </w:p>
          <w:p w:rsidR="00352044" w:rsidRDefault="00D73ACF">
            <w:pPr>
              <w:spacing w:after="80"/>
            </w:pPr>
            <w:r>
              <w:rPr>
                <w:rFonts w:ascii="Consolas" w:eastAsia="Consolas" w:hAnsi="Consolas" w:cs="Consolas"/>
                <w:color w:val="656A76"/>
                <w:sz w:val="18"/>
              </w:rPr>
              <w:t>[Empresa]     [2021 – 2023]</w:t>
            </w:r>
          </w:p>
          <w:p w:rsidR="00352044" w:rsidRDefault="00D73ACF">
            <w:pPr>
              <w:spacing w:after="40"/>
            </w:pPr>
            <w:r>
              <w:rPr>
                <w:rFonts w:ascii="Calibri" w:eastAsia="Calibri" w:hAnsi="Calibri" w:cs="Calibri"/>
                <w:color w:val="161616"/>
              </w:rPr>
              <w:t>•  Organizei [arquivo digital] da equipe.</w:t>
            </w:r>
          </w:p>
          <w:p w:rsidR="00352044" w:rsidRDefault="00D73ACF">
            <w:pPr>
              <w:spacing w:after="160"/>
            </w:pPr>
            <w:r>
              <w:rPr>
                <w:rFonts w:ascii="Calibri" w:eastAsia="Calibri" w:hAnsi="Calibri" w:cs="Calibri"/>
                <w:color w:val="161616"/>
              </w:rPr>
              <w:t>•  Atendi [cliente / paciente] e registrei no [sistema].</w:t>
            </w:r>
          </w:p>
          <w:p w:rsidR="00352044" w:rsidRDefault="00D73ACF">
            <w:pPr>
              <w:spacing w:after="0"/>
            </w:pPr>
            <w:r>
              <w:rPr>
                <w:rFonts w:ascii="Calibri" w:eastAsia="Calibri" w:hAnsi="Calibri" w:cs="Calibri"/>
                <w:i/>
                <w:color w:val="656A76"/>
                <w:sz w:val="18"/>
              </w:rPr>
              <w:t>Antes de enviar: só liste a ferramenta que você executa. Salve em PDF.</w:t>
            </w:r>
          </w:p>
        </w:tc>
      </w:tr>
    </w:tbl>
    <w:p w:rsidR="00D73ACF" w:rsidRDefault="00D73ACF"/>
    <w:sectPr w:rsidR="00000000" w:rsidSect="00034616">
      <w:pgSz w:w="11906" w:h="16838"/>
      <w:pgMar w:top="907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6945085">
    <w:abstractNumId w:val="8"/>
  </w:num>
  <w:num w:numId="2" w16cid:durableId="621349547">
    <w:abstractNumId w:val="6"/>
  </w:num>
  <w:num w:numId="3" w16cid:durableId="2029942988">
    <w:abstractNumId w:val="5"/>
  </w:num>
  <w:num w:numId="4" w16cid:durableId="28184011">
    <w:abstractNumId w:val="4"/>
  </w:num>
  <w:num w:numId="5" w16cid:durableId="564996412">
    <w:abstractNumId w:val="7"/>
  </w:num>
  <w:num w:numId="6" w16cid:durableId="559292453">
    <w:abstractNumId w:val="3"/>
  </w:num>
  <w:num w:numId="7" w16cid:durableId="1440760843">
    <w:abstractNumId w:val="2"/>
  </w:num>
  <w:num w:numId="8" w16cid:durableId="894390516">
    <w:abstractNumId w:val="1"/>
  </w:num>
  <w:num w:numId="9" w16cid:durableId="1800682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2044"/>
    <w:rsid w:val="004F5101"/>
    <w:rsid w:val="00AA1D8D"/>
    <w:rsid w:val="00B47730"/>
    <w:rsid w:val="00CB0664"/>
    <w:rsid w:val="00D73A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E3E67B5-57C9-451C-B378-463C3002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Alessandro Batista Duarte Ferreira</cp:lastModifiedBy>
  <cp:revision>2</cp:revision>
  <dcterms:created xsi:type="dcterms:W3CDTF">2026-08-17T21:14:00Z</dcterms:created>
  <dcterms:modified xsi:type="dcterms:W3CDTF">2026-08-17T21:14:00Z</dcterms:modified>
  <cp:category/>
</cp:coreProperties>
</file>