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6510" w:rsidRDefault="002C38E3">
      <w:r>
        <w:rPr>
          <w:rFonts w:ascii="Calibri" w:eastAsia="Calibri" w:hAnsi="Calibri" w:cs="Calibri"/>
          <w:i/>
          <w:color w:val="8E8B82"/>
          <w:sz w:val="16"/>
        </w:rPr>
        <w:t>DESIGN.md Claude: nome e seções em serif, corpo em sans, kicker em caixa alta. Apague esta linha.</w:t>
      </w:r>
    </w:p>
    <w:p w:rsidR="00E66510" w:rsidRDefault="002C38E3">
      <w:pPr>
        <w:spacing w:after="120"/>
      </w:pPr>
      <w:r>
        <w:rPr>
          <w:rFonts w:ascii="Calibri" w:eastAsia="Calibri" w:hAnsi="Calibri" w:cs="Calibri"/>
          <w:b/>
          <w:color w:val="CC785C"/>
          <w:sz w:val="18"/>
        </w:rPr>
        <w:t>CURRÍCULO PARA PRIMEIRO EMPREGO</w:t>
      </w:r>
    </w:p>
    <w:p w:rsidR="00E66510" w:rsidRDefault="002C38E3">
      <w:pPr>
        <w:spacing w:after="60"/>
      </w:pPr>
      <w:r>
        <w:rPr>
          <w:rFonts w:ascii="Georgia" w:eastAsia="Georgia" w:hAnsi="Georgia" w:cs="Georgia"/>
          <w:color w:val="141413"/>
          <w:sz w:val="52"/>
        </w:rPr>
        <w:t>[SEU NOME COMPLETO]</w:t>
      </w:r>
    </w:p>
    <w:p w:rsidR="00E66510" w:rsidRDefault="002C38E3">
      <w:pPr>
        <w:spacing w:after="80"/>
      </w:pPr>
      <w:r>
        <w:rPr>
          <w:rFonts w:ascii="Calibri" w:eastAsia="Calibri" w:hAnsi="Calibri" w:cs="Calibri"/>
          <w:color w:val="3D3D3A"/>
          <w:sz w:val="24"/>
        </w:rPr>
        <w:t>[VAGA QUE VOCÊ BUSCA — ex: Auxiliar Administrativo]</w:t>
      </w:r>
    </w:p>
    <w:p w:rsidR="00E66510" w:rsidRDefault="002C38E3">
      <w:pPr>
        <w:pBdr>
          <w:bottom w:val="single" w:sz="8" w:space="6" w:color="CC785C"/>
        </w:pBdr>
        <w:spacing w:after="160"/>
      </w:pPr>
      <w:r>
        <w:rPr>
          <w:rFonts w:ascii="Calibri" w:eastAsia="Calibri" w:hAnsi="Calibri" w:cs="Calibri"/>
          <w:color w:val="6C6A64"/>
          <w:sz w:val="20"/>
        </w:rPr>
        <w:t>[São José, SC]  ·  [(48) 99999-0000]  ·  [email@exemplo.com]</w:t>
      </w:r>
    </w:p>
    <w:p w:rsidR="00E66510" w:rsidRDefault="002C38E3">
      <w:pPr>
        <w:pBdr>
          <w:bottom w:val="single" w:sz="6" w:space="2" w:color="E6DFD8"/>
        </w:pBdr>
        <w:spacing w:before="280" w:after="120"/>
      </w:pPr>
      <w:r>
        <w:rPr>
          <w:rFonts w:ascii="Georgia" w:eastAsia="Georgia" w:hAnsi="Georgia" w:cs="Georgia"/>
          <w:b/>
          <w:color w:val="CC785C"/>
          <w:sz w:val="28"/>
        </w:rPr>
        <w:t>Quem eu sou</w:t>
      </w:r>
    </w:p>
    <w:p w:rsidR="00E66510" w:rsidRDefault="002C38E3">
      <w:pPr>
        <w:spacing w:after="120" w:line="348" w:lineRule="auto"/>
      </w:pPr>
      <w:r>
        <w:rPr>
          <w:rFonts w:ascii="Calibri" w:eastAsia="Calibri" w:hAnsi="Calibri" w:cs="Calibri"/>
          <w:color w:val="3D3D3A"/>
        </w:rPr>
        <w:t>Estou buscando [primeiro emprego / troca de área] em [cidade]. Já sei [2 ou 3 coisas concretas: Excel, atendimento, organização]. Quero aprender a rotina da empresa com responsabilidade.</w:t>
      </w:r>
    </w:p>
    <w:p w:rsidR="00E66510" w:rsidRDefault="002C38E3">
      <w:pPr>
        <w:pBdr>
          <w:bottom w:val="single" w:sz="6" w:space="2" w:color="E6DFD8"/>
        </w:pBdr>
        <w:spacing w:before="280" w:after="120"/>
      </w:pPr>
      <w:r>
        <w:rPr>
          <w:rFonts w:ascii="Georgia" w:eastAsia="Georgia" w:hAnsi="Georgia" w:cs="Georgia"/>
          <w:b/>
          <w:color w:val="CC785C"/>
          <w:sz w:val="28"/>
        </w:rPr>
        <w:t>O que eu já sei fazer</w:t>
      </w:r>
    </w:p>
    <w:tbl>
      <w:tblPr>
        <w:tblW w:w="975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76"/>
        <w:gridCol w:w="4876"/>
      </w:tblGrid>
      <w:tr w:rsidR="00E66510">
        <w:tc>
          <w:tcPr>
            <w:tcW w:w="4876" w:type="dxa"/>
            <w:shd w:val="clear" w:color="auto" w:fill="FFFFFF"/>
            <w:tcMar>
              <w:top w:w="40" w:type="dxa"/>
              <w:left w:w="0" w:type="dxa"/>
              <w:bottom w:w="40" w:type="dxa"/>
              <w:right w:w="120" w:type="dxa"/>
            </w:tcMar>
          </w:tcPr>
          <w:p w:rsidR="00E66510" w:rsidRDefault="00E66510">
            <w:pPr>
              <w:spacing w:after="0"/>
            </w:pPr>
          </w:p>
          <w:p w:rsidR="00E66510" w:rsidRDefault="002C38E3">
            <w:pPr>
              <w:spacing w:after="0"/>
            </w:pPr>
            <w:r>
              <w:rPr>
                <w:rFonts w:ascii="Calibri" w:eastAsia="Calibri" w:hAnsi="Calibri" w:cs="Calibri"/>
                <w:color w:val="141413"/>
              </w:rPr>
              <w:t>[Excel básico / intermediário]</w:t>
            </w:r>
          </w:p>
        </w:tc>
        <w:tc>
          <w:tcPr>
            <w:tcW w:w="4876" w:type="dxa"/>
            <w:shd w:val="clear" w:color="auto" w:fill="FFFFFF"/>
            <w:tcMar>
              <w:top w:w="40" w:type="dxa"/>
              <w:left w:w="0" w:type="dxa"/>
              <w:bottom w:w="40" w:type="dxa"/>
              <w:right w:w="120" w:type="dxa"/>
            </w:tcMar>
          </w:tcPr>
          <w:p w:rsidR="00E66510" w:rsidRDefault="00E66510">
            <w:pPr>
              <w:spacing w:after="0"/>
            </w:pPr>
          </w:p>
          <w:p w:rsidR="00E66510" w:rsidRDefault="002C38E3">
            <w:pPr>
              <w:spacing w:after="0"/>
            </w:pPr>
            <w:r>
              <w:rPr>
                <w:rFonts w:ascii="Calibri" w:eastAsia="Calibri" w:hAnsi="Calibri" w:cs="Calibri"/>
                <w:color w:val="141413"/>
              </w:rPr>
              <w:t>[Word e digitação]</w:t>
            </w:r>
          </w:p>
        </w:tc>
      </w:tr>
      <w:tr w:rsidR="00E66510">
        <w:tc>
          <w:tcPr>
            <w:tcW w:w="4876" w:type="dxa"/>
            <w:shd w:val="clear" w:color="auto" w:fill="FFFFFF"/>
            <w:tcMar>
              <w:top w:w="40" w:type="dxa"/>
              <w:left w:w="0" w:type="dxa"/>
              <w:bottom w:w="40" w:type="dxa"/>
              <w:right w:w="120" w:type="dxa"/>
            </w:tcMar>
          </w:tcPr>
          <w:p w:rsidR="00E66510" w:rsidRDefault="00E66510">
            <w:pPr>
              <w:spacing w:after="0"/>
            </w:pPr>
          </w:p>
          <w:p w:rsidR="00E66510" w:rsidRDefault="002C38E3">
            <w:pPr>
              <w:spacing w:after="0"/>
            </w:pPr>
            <w:r>
              <w:rPr>
                <w:rFonts w:ascii="Calibri" w:eastAsia="Calibri" w:hAnsi="Calibri" w:cs="Calibri"/>
                <w:color w:val="141413"/>
              </w:rPr>
              <w:t>[Atendimento no balcão ou WhatsApp]</w:t>
            </w:r>
          </w:p>
        </w:tc>
        <w:tc>
          <w:tcPr>
            <w:tcW w:w="4876" w:type="dxa"/>
            <w:shd w:val="clear" w:color="auto" w:fill="FFFFFF"/>
            <w:tcMar>
              <w:top w:w="40" w:type="dxa"/>
              <w:left w:w="0" w:type="dxa"/>
              <w:bottom w:w="40" w:type="dxa"/>
              <w:right w:w="120" w:type="dxa"/>
            </w:tcMar>
          </w:tcPr>
          <w:p w:rsidR="00E66510" w:rsidRDefault="00E66510">
            <w:pPr>
              <w:spacing w:after="0"/>
            </w:pPr>
          </w:p>
          <w:p w:rsidR="00E66510" w:rsidRDefault="002C38E3">
            <w:pPr>
              <w:spacing w:after="0"/>
            </w:pPr>
            <w:r>
              <w:rPr>
                <w:rFonts w:ascii="Calibri" w:eastAsia="Calibri" w:hAnsi="Calibri" w:cs="Calibri"/>
                <w:color w:val="141413"/>
              </w:rPr>
              <w:t>[Organização de pastas e arquivos]</w:t>
            </w:r>
          </w:p>
        </w:tc>
      </w:tr>
      <w:tr w:rsidR="00E66510">
        <w:tc>
          <w:tcPr>
            <w:tcW w:w="4876" w:type="dxa"/>
            <w:shd w:val="clear" w:color="auto" w:fill="FFFFFF"/>
            <w:tcMar>
              <w:top w:w="40" w:type="dxa"/>
              <w:left w:w="0" w:type="dxa"/>
              <w:bottom w:w="40" w:type="dxa"/>
              <w:right w:w="120" w:type="dxa"/>
            </w:tcMar>
          </w:tcPr>
          <w:p w:rsidR="00E66510" w:rsidRDefault="00E66510">
            <w:pPr>
              <w:spacing w:after="0"/>
            </w:pPr>
          </w:p>
          <w:p w:rsidR="00E66510" w:rsidRDefault="002C38E3">
            <w:pPr>
              <w:spacing w:after="0"/>
            </w:pPr>
            <w:r>
              <w:rPr>
                <w:rFonts w:ascii="Calibri" w:eastAsia="Calibri" w:hAnsi="Calibri" w:cs="Calibri"/>
                <w:color w:val="141413"/>
              </w:rPr>
              <w:t>[PowerPoint]</w:t>
            </w:r>
          </w:p>
        </w:tc>
        <w:tc>
          <w:tcPr>
            <w:tcW w:w="4876" w:type="dxa"/>
            <w:shd w:val="clear" w:color="auto" w:fill="FFFFFF"/>
            <w:tcMar>
              <w:top w:w="40" w:type="dxa"/>
              <w:left w:w="0" w:type="dxa"/>
              <w:bottom w:w="40" w:type="dxa"/>
              <w:right w:w="120" w:type="dxa"/>
            </w:tcMar>
          </w:tcPr>
          <w:p w:rsidR="00E66510" w:rsidRDefault="00E66510">
            <w:pPr>
              <w:spacing w:after="0"/>
            </w:pPr>
          </w:p>
          <w:p w:rsidR="00E66510" w:rsidRDefault="002C38E3">
            <w:pPr>
              <w:spacing w:after="0"/>
            </w:pPr>
            <w:r>
              <w:rPr>
                <w:rFonts w:ascii="Calibri" w:eastAsia="Calibri" w:hAnsi="Calibri" w:cs="Calibri"/>
                <w:color w:val="141413"/>
              </w:rPr>
              <w:t>[Pontualidade e rotina]</w:t>
            </w:r>
          </w:p>
        </w:tc>
      </w:tr>
      <w:tr w:rsidR="00E66510">
        <w:tc>
          <w:tcPr>
            <w:tcW w:w="4876" w:type="dxa"/>
            <w:tcMar>
              <w:top w:w="20" w:type="dxa"/>
              <w:left w:w="0" w:type="dxa"/>
              <w:bottom w:w="20" w:type="dxa"/>
              <w:right w:w="140" w:type="dxa"/>
            </w:tcMar>
          </w:tcPr>
          <w:p w:rsidR="00E66510" w:rsidRDefault="00E66510">
            <w:pPr>
              <w:spacing w:after="0"/>
            </w:pPr>
          </w:p>
          <w:p w:rsidR="00E66510" w:rsidRDefault="002C38E3">
            <w:pPr>
              <w:pBdr>
                <w:bottom w:val="single" w:sz="6" w:space="2" w:color="E6DFD8"/>
              </w:pBdr>
              <w:spacing w:before="280" w:after="120"/>
            </w:pPr>
            <w:r>
              <w:rPr>
                <w:rFonts w:ascii="Georgia" w:eastAsia="Georgia" w:hAnsi="Georgia" w:cs="Georgia"/>
                <w:b/>
                <w:color w:val="CC785C"/>
                <w:sz w:val="28"/>
              </w:rPr>
              <w:t>Formação</w:t>
            </w:r>
          </w:p>
          <w:p w:rsidR="00E66510" w:rsidRDefault="002C38E3">
            <w:pPr>
              <w:spacing w:after="0"/>
            </w:pPr>
            <w:r>
              <w:rPr>
                <w:rFonts w:ascii="Calibri" w:eastAsia="Calibri" w:hAnsi="Calibri" w:cs="Calibri"/>
                <w:b/>
                <w:color w:val="141413"/>
              </w:rPr>
              <w:t>[Ensino Médio ou técnico]</w:t>
            </w:r>
          </w:p>
          <w:p w:rsidR="00E66510" w:rsidRDefault="002C38E3">
            <w:pPr>
              <w:spacing w:after="160"/>
            </w:pPr>
            <w:r>
              <w:rPr>
                <w:rFonts w:ascii="Calibri" w:eastAsia="Calibri" w:hAnsi="Calibri" w:cs="Calibri"/>
                <w:color w:val="6C6A64"/>
                <w:sz w:val="20"/>
              </w:rPr>
              <w:t>[Escola]  ·  [ano]</w:t>
            </w:r>
          </w:p>
          <w:p w:rsidR="00E66510" w:rsidRDefault="002C38E3">
            <w:pPr>
              <w:spacing w:after="0"/>
            </w:pPr>
            <w:r>
              <w:rPr>
                <w:rFonts w:ascii="Calibri" w:eastAsia="Calibri" w:hAnsi="Calibri" w:cs="Calibri"/>
                <w:b/>
                <w:color w:val="141413"/>
              </w:rPr>
              <w:t>[Curso técnico, se tiver]</w:t>
            </w:r>
          </w:p>
          <w:p w:rsidR="00E66510" w:rsidRDefault="002C38E3">
            <w:pPr>
              <w:spacing w:after="0"/>
            </w:pPr>
            <w:r>
              <w:rPr>
                <w:rFonts w:ascii="Calibri" w:eastAsia="Calibri" w:hAnsi="Calibri" w:cs="Calibri"/>
                <w:color w:val="6C6A64"/>
                <w:sz w:val="20"/>
              </w:rPr>
              <w:t>[Instituição]  ·  [ano]</w:t>
            </w:r>
          </w:p>
        </w:tc>
        <w:tc>
          <w:tcPr>
            <w:tcW w:w="4876" w:type="dxa"/>
            <w:tcMar>
              <w:top w:w="20" w:type="dxa"/>
              <w:left w:w="140" w:type="dxa"/>
              <w:bottom w:w="20" w:type="dxa"/>
              <w:right w:w="0" w:type="dxa"/>
            </w:tcMar>
          </w:tcPr>
          <w:p w:rsidR="00E66510" w:rsidRDefault="00E66510">
            <w:pPr>
              <w:spacing w:after="0"/>
            </w:pPr>
          </w:p>
          <w:p w:rsidR="00E66510" w:rsidRDefault="002C38E3">
            <w:pPr>
              <w:pBdr>
                <w:bottom w:val="single" w:sz="6" w:space="2" w:color="E6DFD8"/>
              </w:pBdr>
              <w:spacing w:before="280" w:after="120"/>
            </w:pPr>
            <w:r>
              <w:rPr>
                <w:rFonts w:ascii="Georgia" w:eastAsia="Georgia" w:hAnsi="Georgia" w:cs="Georgia"/>
                <w:b/>
                <w:color w:val="CC785C"/>
                <w:sz w:val="28"/>
              </w:rPr>
              <w:t>Cursos</w:t>
            </w:r>
          </w:p>
          <w:p w:rsidR="00E66510" w:rsidRDefault="002C38E3">
            <w:pPr>
              <w:spacing w:after="0"/>
            </w:pPr>
            <w:r>
              <w:rPr>
                <w:rFonts w:ascii="Calibri" w:eastAsia="Calibri" w:hAnsi="Calibri" w:cs="Calibri"/>
                <w:b/>
                <w:color w:val="141413"/>
              </w:rPr>
              <w:t>[Informática ou Excel]</w:t>
            </w:r>
          </w:p>
          <w:p w:rsidR="00E66510" w:rsidRDefault="002C38E3">
            <w:pPr>
              <w:spacing w:after="160"/>
            </w:pPr>
            <w:r>
              <w:rPr>
                <w:rFonts w:ascii="Calibri" w:eastAsia="Calibri" w:hAnsi="Calibri" w:cs="Calibri"/>
                <w:color w:val="6C6A64"/>
                <w:sz w:val="20"/>
              </w:rPr>
              <w:t>[Onde fez]  ·  [ano]</w:t>
            </w:r>
          </w:p>
          <w:p w:rsidR="00E66510" w:rsidRDefault="002C38E3">
            <w:pPr>
              <w:spacing w:after="0"/>
            </w:pPr>
            <w:r>
              <w:rPr>
                <w:rFonts w:ascii="Calibri" w:eastAsia="Calibri" w:hAnsi="Calibri" w:cs="Calibri"/>
                <w:b/>
                <w:color w:val="141413"/>
              </w:rPr>
              <w:t>[Outro curso livre]</w:t>
            </w:r>
          </w:p>
          <w:p w:rsidR="00E66510" w:rsidRDefault="002C38E3">
            <w:pPr>
              <w:spacing w:after="0"/>
            </w:pPr>
            <w:r>
              <w:rPr>
                <w:rFonts w:ascii="Calibri" w:eastAsia="Calibri" w:hAnsi="Calibri" w:cs="Calibri"/>
                <w:color w:val="6C6A64"/>
                <w:sz w:val="20"/>
              </w:rPr>
              <w:t>[Onde fez]  ·  [ano]</w:t>
            </w:r>
          </w:p>
        </w:tc>
      </w:tr>
    </w:tbl>
    <w:p w:rsidR="00E66510" w:rsidRDefault="002C38E3">
      <w:pPr>
        <w:pBdr>
          <w:bottom w:val="single" w:sz="6" w:space="2" w:color="E6DFD8"/>
        </w:pBdr>
        <w:spacing w:before="280" w:after="120"/>
      </w:pPr>
      <w:r>
        <w:rPr>
          <w:rFonts w:ascii="Georgia" w:eastAsia="Georgia" w:hAnsi="Georgia" w:cs="Georgia"/>
          <w:b/>
          <w:color w:val="CC785C"/>
          <w:sz w:val="28"/>
        </w:rPr>
        <w:t>Experiência (emprego, estágio, bico ou voluntário)</w:t>
      </w:r>
    </w:p>
    <w:p w:rsidR="00E66510" w:rsidRDefault="002C38E3">
      <w:pPr>
        <w:spacing w:after="120"/>
      </w:pPr>
      <w:r>
        <w:rPr>
          <w:rFonts w:ascii="Calibri" w:eastAsia="Calibri" w:hAnsi="Calibri" w:cs="Calibri"/>
          <w:i/>
          <w:color w:val="6C6A64"/>
          <w:sz w:val="20"/>
        </w:rPr>
        <w:t>[Se ainda não teve carteira, descreva bico, estágio, voluntário ou ajuda em negócio da família.]</w:t>
      </w:r>
    </w:p>
    <w:p w:rsidR="00E66510" w:rsidRDefault="002C38E3">
      <w:pPr>
        <w:spacing w:after="40"/>
      </w:pPr>
      <w:r>
        <w:rPr>
          <w:rFonts w:ascii="Calibri" w:eastAsia="Calibri" w:hAnsi="Calibri" w:cs="Calibri"/>
          <w:b/>
          <w:color w:val="141413"/>
          <w:sz w:val="24"/>
        </w:rPr>
        <w:t>[Função]  —  [onde]  —  [período]</w:t>
      </w:r>
    </w:p>
    <w:p w:rsidR="00E66510" w:rsidRDefault="002C38E3">
      <w:pPr>
        <w:spacing w:after="40"/>
      </w:pPr>
      <w:r>
        <w:rPr>
          <w:rFonts w:ascii="Calibri" w:eastAsia="Calibri" w:hAnsi="Calibri" w:cs="Calibri"/>
          <w:color w:val="3D3D3A"/>
        </w:rPr>
        <w:t>•  O que você fazia, em uma linha clara.</w:t>
      </w:r>
    </w:p>
    <w:p w:rsidR="00E66510" w:rsidRDefault="002C38E3">
      <w:pPr>
        <w:spacing w:after="160"/>
      </w:pPr>
      <w:r>
        <w:rPr>
          <w:rFonts w:ascii="Calibri" w:eastAsia="Calibri" w:hAnsi="Calibri" w:cs="Calibri"/>
          <w:color w:val="3D3D3A"/>
        </w:rPr>
        <w:t>•  Um resultado simples: [organizei, atendi, conferi, entreguei no prazo].</w:t>
      </w:r>
    </w:p>
    <w:p w:rsidR="00E66510" w:rsidRDefault="002C38E3">
      <w:pPr>
        <w:spacing w:after="0"/>
      </w:pPr>
      <w:r>
        <w:rPr>
          <w:rFonts w:ascii="Calibri" w:eastAsia="Calibri" w:hAnsi="Calibri" w:cs="Calibri"/>
          <w:i/>
          <w:color w:val="6C6A64"/>
          <w:sz w:val="18"/>
        </w:rPr>
        <w:t>Antes de enviar: não invente ferramenta. Se for citar Excel, treine o que a vaga testa. Salve em PDF.</w:t>
      </w:r>
    </w:p>
    <w:sectPr w:rsidR="00E66510" w:rsidSect="00034616">
      <w:pgSz w:w="11906" w:h="16838"/>
      <w:pgMar w:top="964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929676">
    <w:abstractNumId w:val="8"/>
  </w:num>
  <w:num w:numId="2" w16cid:durableId="1088430710">
    <w:abstractNumId w:val="6"/>
  </w:num>
  <w:num w:numId="3" w16cid:durableId="392658833">
    <w:abstractNumId w:val="5"/>
  </w:num>
  <w:num w:numId="4" w16cid:durableId="1497501605">
    <w:abstractNumId w:val="4"/>
  </w:num>
  <w:num w:numId="5" w16cid:durableId="870343761">
    <w:abstractNumId w:val="7"/>
  </w:num>
  <w:num w:numId="6" w16cid:durableId="632489284">
    <w:abstractNumId w:val="3"/>
  </w:num>
  <w:num w:numId="7" w16cid:durableId="2104716464">
    <w:abstractNumId w:val="2"/>
  </w:num>
  <w:num w:numId="8" w16cid:durableId="913978548">
    <w:abstractNumId w:val="1"/>
  </w:num>
  <w:num w:numId="9" w16cid:durableId="674725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38E3"/>
    <w:rsid w:val="00326F90"/>
    <w:rsid w:val="004F5101"/>
    <w:rsid w:val="00AA1D8D"/>
    <w:rsid w:val="00B47730"/>
    <w:rsid w:val="00CB0664"/>
    <w:rsid w:val="00E665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E3E67B5-57C9-451C-B378-463C3002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Alessandro Batista Duarte Ferreira</cp:lastModifiedBy>
  <cp:revision>2</cp:revision>
  <dcterms:created xsi:type="dcterms:W3CDTF">2026-08-17T21:14:00Z</dcterms:created>
  <dcterms:modified xsi:type="dcterms:W3CDTF">2026-08-17T21:14:00Z</dcterms:modified>
  <cp:category/>
</cp:coreProperties>
</file>