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E0A30" w:rsidRDefault="008E16AB">
      <w:r>
        <w:rPr>
          <w:rFonts w:ascii="Calibri" w:eastAsia="Calibri" w:hAnsi="Calibri" w:cs="Calibri"/>
          <w:i/>
          <w:color w:val="8E8B82"/>
          <w:sz w:val="16"/>
        </w:rPr>
        <w:t>DESIGN.md Notion: nome pesado e fechado, muito ar, regra cinza. Apague esta linha.</w:t>
      </w:r>
    </w:p>
    <w:p w:rsidR="00BE0A30" w:rsidRDefault="008E16AB">
      <w:pPr>
        <w:spacing w:after="80" w:line="240" w:lineRule="auto"/>
        <w:jc w:val="center"/>
      </w:pPr>
      <w:r>
        <w:rPr>
          <w:rFonts w:ascii="Calibri" w:eastAsia="Calibri" w:hAnsi="Calibri" w:cs="Calibri"/>
          <w:b/>
          <w:color w:val="000000"/>
          <w:spacing w:val="-28"/>
          <w:sz w:val="60"/>
        </w:rPr>
        <w:t>[SEU NOME COMPLETO]</w:t>
      </w:r>
    </w:p>
    <w:p w:rsidR="00BE0A30" w:rsidRDefault="008E16AB">
      <w:pPr>
        <w:pBdr>
          <w:bottom w:val="single" w:sz="6" w:space="10" w:color="E6E6E6"/>
        </w:pBdr>
        <w:spacing w:after="280"/>
        <w:jc w:val="center"/>
      </w:pPr>
      <w:r>
        <w:rPr>
          <w:rFonts w:ascii="Calibri" w:eastAsia="Calibri" w:hAnsi="Calibri" w:cs="Calibri"/>
          <w:color w:val="0075DE"/>
        </w:rPr>
        <w:t>[Cargo ou posicionamento — ex: Supervisora administrativa]</w:t>
      </w:r>
    </w:p>
    <w:tbl>
      <w:tblPr>
        <w:tblW w:w="941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137"/>
        <w:gridCol w:w="3137"/>
        <w:gridCol w:w="3138"/>
      </w:tblGrid>
      <w:tr w:rsidR="00BE0A30">
        <w:tc>
          <w:tcPr>
            <w:tcW w:w="3137" w:type="dxa"/>
          </w:tcPr>
          <w:p w:rsidR="00BE0A30" w:rsidRDefault="00BE0A30">
            <w:pPr>
              <w:spacing w:after="0"/>
            </w:pPr>
          </w:p>
          <w:p w:rsidR="00BE0A30" w:rsidRDefault="008E16AB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615D59"/>
                <w:sz w:val="20"/>
              </w:rPr>
              <w:t>[São José, SC]</w:t>
            </w:r>
          </w:p>
        </w:tc>
        <w:tc>
          <w:tcPr>
            <w:tcW w:w="3137" w:type="dxa"/>
          </w:tcPr>
          <w:p w:rsidR="00BE0A30" w:rsidRDefault="00BE0A30">
            <w:pPr>
              <w:spacing w:after="0"/>
            </w:pPr>
          </w:p>
          <w:p w:rsidR="00BE0A30" w:rsidRDefault="008E16AB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615D59"/>
                <w:sz w:val="20"/>
              </w:rPr>
              <w:t>[(48) 99999-0000]</w:t>
            </w:r>
          </w:p>
        </w:tc>
        <w:tc>
          <w:tcPr>
            <w:tcW w:w="3138" w:type="dxa"/>
          </w:tcPr>
          <w:p w:rsidR="00BE0A30" w:rsidRDefault="00BE0A30">
            <w:pPr>
              <w:spacing w:after="0"/>
            </w:pPr>
          </w:p>
          <w:p w:rsidR="00BE0A30" w:rsidRDefault="008E16AB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615D59"/>
                <w:sz w:val="20"/>
              </w:rPr>
              <w:t>[email@exemplo.com]</w:t>
            </w:r>
          </w:p>
        </w:tc>
      </w:tr>
    </w:tbl>
    <w:p w:rsidR="00BE0A30" w:rsidRDefault="00BE0A30">
      <w:pPr>
        <w:spacing w:after="80"/>
      </w:pPr>
    </w:p>
    <w:p w:rsidR="00BE0A30" w:rsidRDefault="008E16AB">
      <w:pPr>
        <w:pBdr>
          <w:bottom w:val="single" w:sz="6" w:space="2" w:color="E6E6E6"/>
        </w:pBdr>
        <w:spacing w:before="280" w:after="120"/>
      </w:pPr>
      <w:r>
        <w:rPr>
          <w:rFonts w:ascii="Calibri" w:eastAsia="Calibri" w:hAnsi="Calibri" w:cs="Calibri"/>
          <w:b/>
          <w:color w:val="0075DE"/>
          <w:sz w:val="20"/>
        </w:rPr>
        <w:t>SÍNTESE</w:t>
      </w:r>
    </w:p>
    <w:p w:rsidR="00BE0A30" w:rsidRDefault="008E16AB">
      <w:pPr>
        <w:spacing w:after="160" w:line="348" w:lineRule="auto"/>
        <w:jc w:val="center"/>
      </w:pPr>
      <w:r>
        <w:rPr>
          <w:rFonts w:ascii="Calibri" w:eastAsia="Calibri" w:hAnsi="Calibri" w:cs="Calibri"/>
          <w:color w:val="000000"/>
          <w:sz w:val="24"/>
        </w:rPr>
        <w:t>Profissional com [X anos] de trajetória em [área]. Conduzi [resultado principal] e busco [próximo passo] com responsabilidade sobre [equipe / rotina / meta].</w:t>
      </w:r>
    </w:p>
    <w:p w:rsidR="00BE0A30" w:rsidRDefault="008E16AB">
      <w:pPr>
        <w:pBdr>
          <w:bottom w:val="single" w:sz="6" w:space="2" w:color="E6E6E6"/>
        </w:pBdr>
        <w:spacing w:before="280" w:after="120"/>
      </w:pPr>
      <w:r>
        <w:rPr>
          <w:rFonts w:ascii="Calibri" w:eastAsia="Calibri" w:hAnsi="Calibri" w:cs="Calibri"/>
          <w:b/>
          <w:color w:val="0075DE"/>
          <w:sz w:val="20"/>
        </w:rPr>
        <w:t>TRAJETÓRIA</w:t>
      </w:r>
    </w:p>
    <w:p w:rsidR="00BE0A30" w:rsidRDefault="008E16AB">
      <w:pPr>
        <w:spacing w:after="0"/>
      </w:pPr>
      <w:r>
        <w:rPr>
          <w:rFonts w:ascii="Calibri" w:eastAsia="Calibri" w:hAnsi="Calibri" w:cs="Calibri"/>
          <w:b/>
          <w:color w:val="000000"/>
          <w:sz w:val="24"/>
        </w:rPr>
        <w:t>[Cargo atual]</w:t>
      </w:r>
    </w:p>
    <w:p w:rsidR="00BE0A30" w:rsidRDefault="008E16AB">
      <w:pPr>
        <w:spacing w:after="80"/>
      </w:pPr>
      <w:r>
        <w:rPr>
          <w:rFonts w:ascii="Calibri" w:eastAsia="Calibri" w:hAnsi="Calibri" w:cs="Calibri"/>
          <w:i/>
          <w:color w:val="615D59"/>
          <w:sz w:val="20"/>
        </w:rPr>
        <w:t>[Empresa]  ·  [cidade]  ·  [2023 – atual]</w:t>
      </w:r>
    </w:p>
    <w:p w:rsidR="00BE0A30" w:rsidRDefault="008E16AB">
      <w:pPr>
        <w:spacing w:after="40"/>
      </w:pPr>
      <w:r>
        <w:rPr>
          <w:rFonts w:ascii="Calibri" w:eastAsia="Calibri" w:hAnsi="Calibri" w:cs="Calibri"/>
          <w:color w:val="000000"/>
        </w:rPr>
        <w:t>•  Liderei [rotina / equipe de N pessoas], com [resultado mensurável].</w:t>
      </w:r>
    </w:p>
    <w:p w:rsidR="00BE0A30" w:rsidRDefault="008E16AB">
      <w:pPr>
        <w:spacing w:after="40"/>
      </w:pPr>
      <w:r>
        <w:rPr>
          <w:rFonts w:ascii="Calibri" w:eastAsia="Calibri" w:hAnsi="Calibri" w:cs="Calibri"/>
          <w:color w:val="000000"/>
        </w:rPr>
        <w:t>•  Implantei [processo] que reduziu [tempo / erro] em [X%].</w:t>
      </w:r>
    </w:p>
    <w:p w:rsidR="00BE0A30" w:rsidRDefault="008E16AB">
      <w:pPr>
        <w:spacing w:after="40"/>
      </w:pPr>
      <w:r>
        <w:rPr>
          <w:rFonts w:ascii="Calibri" w:eastAsia="Calibri" w:hAnsi="Calibri" w:cs="Calibri"/>
          <w:color w:val="000000"/>
        </w:rPr>
        <w:t>•  Reportei [indicador] para [gestão] com planilha e reunião semanal.</w:t>
      </w:r>
    </w:p>
    <w:p w:rsidR="00BE0A30" w:rsidRDefault="008E16AB">
      <w:pPr>
        <w:spacing w:after="0"/>
      </w:pPr>
      <w:r>
        <w:rPr>
          <w:rFonts w:ascii="Calibri" w:eastAsia="Calibri" w:hAnsi="Calibri" w:cs="Calibri"/>
          <w:b/>
          <w:color w:val="000000"/>
          <w:sz w:val="24"/>
        </w:rPr>
        <w:t>[Cargo anterior]</w:t>
      </w:r>
    </w:p>
    <w:p w:rsidR="00BE0A30" w:rsidRDefault="008E16AB">
      <w:pPr>
        <w:spacing w:after="80"/>
      </w:pPr>
      <w:r>
        <w:rPr>
          <w:rFonts w:ascii="Calibri" w:eastAsia="Calibri" w:hAnsi="Calibri" w:cs="Calibri"/>
          <w:i/>
          <w:color w:val="615D59"/>
          <w:sz w:val="20"/>
        </w:rPr>
        <w:t>[Empresa]  ·  [cidade]  ·  [2020 – 2023]</w:t>
      </w:r>
    </w:p>
    <w:p w:rsidR="00BE0A30" w:rsidRDefault="008E16AB">
      <w:pPr>
        <w:spacing w:after="40"/>
      </w:pPr>
      <w:r>
        <w:rPr>
          <w:rFonts w:ascii="Calibri" w:eastAsia="Calibri" w:hAnsi="Calibri" w:cs="Calibri"/>
          <w:color w:val="000000"/>
        </w:rPr>
        <w:t>•  Organizei [área] e entreguei [resultado].</w:t>
      </w:r>
    </w:p>
    <w:p w:rsidR="00BE0A30" w:rsidRDefault="008E16AB">
      <w:pPr>
        <w:spacing w:after="40"/>
      </w:pPr>
      <w:r>
        <w:rPr>
          <w:rFonts w:ascii="Calibri" w:eastAsia="Calibri" w:hAnsi="Calibri" w:cs="Calibri"/>
          <w:color w:val="000000"/>
        </w:rPr>
        <w:t>•  Treinei [N] colegas em [ferramenta / rotina].</w:t>
      </w:r>
    </w:p>
    <w:tbl>
      <w:tblPr>
        <w:tblW w:w="941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706"/>
        <w:gridCol w:w="4706"/>
      </w:tblGrid>
      <w:tr w:rsidR="00BE0A30">
        <w:tc>
          <w:tcPr>
            <w:tcW w:w="4706" w:type="dxa"/>
            <w:tcMar>
              <w:top w:w="40" w:type="dxa"/>
              <w:left w:w="0" w:type="dxa"/>
              <w:bottom w:w="20" w:type="dxa"/>
              <w:right w:w="200" w:type="dxa"/>
            </w:tcMar>
          </w:tcPr>
          <w:p w:rsidR="00BE0A30" w:rsidRDefault="00BE0A30">
            <w:pPr>
              <w:spacing w:after="0"/>
            </w:pPr>
          </w:p>
          <w:p w:rsidR="00BE0A30" w:rsidRDefault="008E16AB">
            <w:pPr>
              <w:pBdr>
                <w:bottom w:val="single" w:sz="6" w:space="2" w:color="E6E6E6"/>
              </w:pBdr>
              <w:spacing w:before="280" w:after="120"/>
            </w:pPr>
            <w:r>
              <w:rPr>
                <w:rFonts w:ascii="Calibri" w:eastAsia="Calibri" w:hAnsi="Calibri" w:cs="Calibri"/>
                <w:b/>
                <w:color w:val="0075DE"/>
                <w:sz w:val="20"/>
              </w:rPr>
              <w:t>FORMAÇÃO</w:t>
            </w:r>
          </w:p>
          <w:p w:rsidR="00BE0A30" w:rsidRDefault="008E16AB">
            <w:pPr>
              <w:spacing w:after="0"/>
            </w:pPr>
            <w:r>
              <w:rPr>
                <w:rFonts w:ascii="Calibri" w:eastAsia="Calibri" w:hAnsi="Calibri" w:cs="Calibri"/>
                <w:b/>
                <w:color w:val="000000"/>
              </w:rPr>
              <w:t>[Graduação ou técnico]</w:t>
            </w:r>
          </w:p>
          <w:p w:rsidR="00BE0A30" w:rsidRDefault="008E16AB">
            <w:pPr>
              <w:spacing w:after="160"/>
            </w:pPr>
            <w:r>
              <w:rPr>
                <w:rFonts w:ascii="Calibri" w:eastAsia="Calibri" w:hAnsi="Calibri" w:cs="Calibri"/>
                <w:color w:val="615D59"/>
                <w:sz w:val="20"/>
              </w:rPr>
              <w:t>[Instituição]  ·  [ano]</w:t>
            </w:r>
          </w:p>
          <w:p w:rsidR="00BE0A30" w:rsidRDefault="008E16AB">
            <w:pPr>
              <w:spacing w:after="0"/>
            </w:pPr>
            <w:r>
              <w:rPr>
                <w:rFonts w:ascii="Calibri" w:eastAsia="Calibri" w:hAnsi="Calibri" w:cs="Calibri"/>
                <w:b/>
                <w:color w:val="000000"/>
              </w:rPr>
              <w:t>[Curso complementar]</w:t>
            </w:r>
          </w:p>
          <w:p w:rsidR="00BE0A30" w:rsidRDefault="008E16AB">
            <w:pPr>
              <w:spacing w:after="0"/>
            </w:pPr>
            <w:r>
              <w:rPr>
                <w:rFonts w:ascii="Calibri" w:eastAsia="Calibri" w:hAnsi="Calibri" w:cs="Calibri"/>
                <w:color w:val="615D59"/>
                <w:sz w:val="20"/>
              </w:rPr>
              <w:t>[Onde fez]  ·  [ano]</w:t>
            </w:r>
          </w:p>
        </w:tc>
        <w:tc>
          <w:tcPr>
            <w:tcW w:w="4706" w:type="dxa"/>
            <w:tcMar>
              <w:top w:w="40" w:type="dxa"/>
              <w:left w:w="200" w:type="dxa"/>
              <w:bottom w:w="20" w:type="dxa"/>
              <w:right w:w="0" w:type="dxa"/>
            </w:tcMar>
          </w:tcPr>
          <w:p w:rsidR="00BE0A30" w:rsidRDefault="00BE0A30">
            <w:pPr>
              <w:spacing w:after="0"/>
            </w:pPr>
          </w:p>
          <w:p w:rsidR="00BE0A30" w:rsidRDefault="008E16AB">
            <w:pPr>
              <w:pBdr>
                <w:bottom w:val="single" w:sz="6" w:space="2" w:color="E6E6E6"/>
              </w:pBdr>
              <w:spacing w:before="280" w:after="120"/>
            </w:pPr>
            <w:r>
              <w:rPr>
                <w:rFonts w:ascii="Calibri" w:eastAsia="Calibri" w:hAnsi="Calibri" w:cs="Calibri"/>
                <w:b/>
                <w:color w:val="0075DE"/>
                <w:sz w:val="20"/>
              </w:rPr>
              <w:t>COMPETÊNCIAS</w:t>
            </w:r>
          </w:p>
          <w:p w:rsidR="00BE0A30" w:rsidRDefault="008E16AB">
            <w:pPr>
              <w:spacing w:after="60"/>
            </w:pPr>
            <w:r>
              <w:rPr>
                <w:rFonts w:ascii="Calibri" w:eastAsia="Calibri" w:hAnsi="Calibri" w:cs="Calibri"/>
                <w:color w:val="000000"/>
              </w:rPr>
              <w:t>[Liderança de rotina]</w:t>
            </w:r>
          </w:p>
          <w:p w:rsidR="00BE0A30" w:rsidRDefault="008E16AB">
            <w:pPr>
              <w:spacing w:after="60"/>
            </w:pPr>
            <w:r>
              <w:rPr>
                <w:rFonts w:ascii="Calibri" w:eastAsia="Calibri" w:hAnsi="Calibri" w:cs="Calibri"/>
                <w:color w:val="000000"/>
              </w:rPr>
              <w:t>[Excel avançado]</w:t>
            </w:r>
          </w:p>
          <w:p w:rsidR="00BE0A30" w:rsidRDefault="008E16AB">
            <w:pPr>
              <w:spacing w:after="60"/>
            </w:pPr>
            <w:r>
              <w:rPr>
                <w:rFonts w:ascii="Calibri" w:eastAsia="Calibri" w:hAnsi="Calibri" w:cs="Calibri"/>
                <w:color w:val="000000"/>
              </w:rPr>
              <w:t>[Atendimento]</w:t>
            </w:r>
          </w:p>
          <w:p w:rsidR="00BE0A30" w:rsidRDefault="008E16AB">
            <w:pPr>
              <w:spacing w:after="60"/>
            </w:pPr>
            <w:r>
              <w:rPr>
                <w:rFonts w:ascii="Calibri" w:eastAsia="Calibri" w:hAnsi="Calibri" w:cs="Calibri"/>
                <w:color w:val="000000"/>
              </w:rPr>
              <w:t>[Organização de equipe]</w:t>
            </w:r>
          </w:p>
          <w:p w:rsidR="00BE0A30" w:rsidRDefault="008E16AB">
            <w:pPr>
              <w:spacing w:after="60"/>
            </w:pPr>
            <w:r>
              <w:rPr>
                <w:rFonts w:ascii="Calibri" w:eastAsia="Calibri" w:hAnsi="Calibri" w:cs="Calibri"/>
                <w:color w:val="000000"/>
              </w:rPr>
              <w:t>[Pacote Office]</w:t>
            </w:r>
          </w:p>
        </w:tc>
      </w:tr>
    </w:tbl>
    <w:p w:rsidR="00BE0A30" w:rsidRDefault="008E16AB">
      <w:pPr>
        <w:spacing w:before="440" w:after="0"/>
      </w:pPr>
      <w:r>
        <w:rPr>
          <w:rFonts w:ascii="Calibri" w:eastAsia="Calibri" w:hAnsi="Calibri" w:cs="Calibri"/>
          <w:i/>
          <w:color w:val="A39E98"/>
          <w:sz w:val="18"/>
        </w:rPr>
        <w:t>Antes de enviar: um currículo por vaga. Tire os colchetes e exporte em PDF.</w:t>
      </w:r>
    </w:p>
    <w:sectPr w:rsidR="00BE0A30" w:rsidSect="00034616">
      <w:pgSz w:w="11906" w:h="16838"/>
      <w:pgMar w:top="1191" w:right="1247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49935441">
    <w:abstractNumId w:val="8"/>
  </w:num>
  <w:num w:numId="2" w16cid:durableId="1242760807">
    <w:abstractNumId w:val="6"/>
  </w:num>
  <w:num w:numId="3" w16cid:durableId="385027440">
    <w:abstractNumId w:val="5"/>
  </w:num>
  <w:num w:numId="4" w16cid:durableId="1227648031">
    <w:abstractNumId w:val="4"/>
  </w:num>
  <w:num w:numId="5" w16cid:durableId="508565527">
    <w:abstractNumId w:val="7"/>
  </w:num>
  <w:num w:numId="6" w16cid:durableId="1009675450">
    <w:abstractNumId w:val="3"/>
  </w:num>
  <w:num w:numId="7" w16cid:durableId="350034398">
    <w:abstractNumId w:val="2"/>
  </w:num>
  <w:num w:numId="8" w16cid:durableId="317077283">
    <w:abstractNumId w:val="1"/>
  </w:num>
  <w:num w:numId="9" w16cid:durableId="1977952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F5101"/>
    <w:rsid w:val="008E16AB"/>
    <w:rsid w:val="00AA1D8D"/>
    <w:rsid w:val="00B47730"/>
    <w:rsid w:val="00BE0A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5E3E67B5-57C9-451C-B378-463C30025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Alessandro Batista Duarte Ferreira</cp:lastModifiedBy>
  <cp:revision>2</cp:revision>
  <dcterms:created xsi:type="dcterms:W3CDTF">2026-08-17T21:14:00Z</dcterms:created>
  <dcterms:modified xsi:type="dcterms:W3CDTF">2026-08-17T21:14:00Z</dcterms:modified>
  <cp:category/>
</cp:coreProperties>
</file>