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00"/>
        <w:gridCol w:w="7006"/>
      </w:tblGrid>
      <w:tr w:rsidR="002A6E39">
        <w:tc>
          <w:tcPr>
            <w:tcW w:w="3200" w:type="dxa"/>
            <w:tcBorders>
              <w:right w:val="single" w:sz="8" w:space="0" w:color="5E6AD2"/>
            </w:tcBorders>
            <w:shd w:val="clear" w:color="auto" w:fill="FFFFFF"/>
            <w:tcMar>
              <w:top w:w="40" w:type="dxa"/>
              <w:left w:w="0" w:type="dxa"/>
              <w:bottom w:w="40" w:type="dxa"/>
              <w:right w:w="180" w:type="dxa"/>
            </w:tcMar>
          </w:tcPr>
          <w:p w:rsidR="002A6E39" w:rsidRDefault="002A6E39">
            <w:pPr>
              <w:spacing w:after="0"/>
            </w:pPr>
          </w:p>
          <w:p w:rsidR="002A6E39" w:rsidRDefault="00CF5B42">
            <w:pPr>
              <w:spacing w:after="40" w:line="264" w:lineRule="auto"/>
            </w:pPr>
            <w:r>
              <w:rPr>
                <w:rFonts w:ascii="Segoe UI" w:eastAsia="Segoe UI" w:hAnsi="Segoe UI" w:cs="Segoe UI"/>
                <w:b/>
                <w:color w:val="080809"/>
                <w:spacing w:val="-16"/>
                <w:sz w:val="36"/>
              </w:rPr>
              <w:t>[SEU NOME]</w:t>
            </w:r>
          </w:p>
          <w:p w:rsidR="002A6E39" w:rsidRDefault="00CF5B42">
            <w:pPr>
              <w:spacing w:after="280"/>
            </w:pPr>
            <w:r>
              <w:rPr>
                <w:rFonts w:ascii="Segoe UI" w:eastAsia="Segoe UI" w:hAnsi="Segoe UI" w:cs="Segoe UI"/>
                <w:color w:val="5E6AD2"/>
                <w:spacing w:val="8"/>
                <w:sz w:val="20"/>
              </w:rPr>
              <w:t>[CARGO ALVO]</w:t>
            </w:r>
          </w:p>
          <w:p w:rsidR="002A6E39" w:rsidRDefault="00CF5B42">
            <w:pPr>
              <w:spacing w:after="120"/>
            </w:pPr>
            <w:r>
              <w:rPr>
                <w:rFonts w:ascii="Segoe UI" w:eastAsia="Segoe UI" w:hAnsi="Segoe UI" w:cs="Segoe UI"/>
                <w:b/>
                <w:color w:val="5E6AD2"/>
                <w:spacing w:val="12"/>
                <w:sz w:val="18"/>
              </w:rPr>
              <w:t>CONTATO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[(48) 99999-0000]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[email@exemplo.com]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[São José, SC]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[linkedin.com/in/seuperfil]</w:t>
            </w:r>
          </w:p>
          <w:p w:rsidR="002A6E39" w:rsidRDefault="00CF5B42">
            <w:pPr>
              <w:spacing w:before="280" w:after="120"/>
            </w:pPr>
            <w:r>
              <w:rPr>
                <w:rFonts w:ascii="Segoe UI" w:eastAsia="Segoe UI" w:hAnsi="Segoe UI" w:cs="Segoe UI"/>
                <w:b/>
                <w:color w:val="5E6AD2"/>
                <w:spacing w:val="12"/>
                <w:sz w:val="18"/>
              </w:rPr>
              <w:t>HABILIDADES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[Excel]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[Word e PowerPoint]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[Atendimento]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[Organização]</w:t>
            </w:r>
          </w:p>
          <w:p w:rsidR="002A6E39" w:rsidRDefault="00CF5B42">
            <w:pPr>
              <w:spacing w:after="6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[Pacote Office]</w:t>
            </w:r>
          </w:p>
          <w:p w:rsidR="002A6E39" w:rsidRDefault="00CF5B42">
            <w:pPr>
              <w:spacing w:before="280" w:after="120"/>
            </w:pPr>
            <w:r>
              <w:rPr>
                <w:rFonts w:ascii="Segoe UI" w:eastAsia="Segoe UI" w:hAnsi="Segoe UI" w:cs="Segoe UI"/>
                <w:b/>
                <w:color w:val="5E6AD2"/>
                <w:spacing w:val="12"/>
                <w:sz w:val="18"/>
              </w:rPr>
              <w:t>FORMAÇÃO</w:t>
            </w:r>
          </w:p>
          <w:p w:rsidR="002A6E39" w:rsidRDefault="00CF5B42">
            <w:pPr>
              <w:spacing w:after="0"/>
            </w:pPr>
            <w:r>
              <w:rPr>
                <w:rFonts w:ascii="Segoe UI" w:eastAsia="Segoe UI" w:hAnsi="Segoe UI" w:cs="Segoe UI"/>
                <w:b/>
                <w:color w:val="080809"/>
                <w:sz w:val="20"/>
              </w:rPr>
              <w:t>[Técnico em Administração]</w:t>
            </w:r>
          </w:p>
          <w:p w:rsidR="002A6E39" w:rsidRDefault="00CF5B42">
            <w:pPr>
              <w:spacing w:after="160"/>
            </w:pPr>
            <w:r>
              <w:rPr>
                <w:rFonts w:ascii="Consolas" w:eastAsia="Consolas" w:hAnsi="Consolas" w:cs="Consolas"/>
                <w:color w:val="62666D"/>
                <w:sz w:val="18"/>
              </w:rPr>
              <w:t>[Senac — 2022]</w:t>
            </w:r>
          </w:p>
          <w:p w:rsidR="002A6E39" w:rsidRDefault="00CF5B42">
            <w:pPr>
              <w:spacing w:after="0"/>
            </w:pPr>
            <w:r>
              <w:rPr>
                <w:rFonts w:ascii="Segoe UI" w:eastAsia="Segoe UI" w:hAnsi="Segoe UI" w:cs="Segoe UI"/>
                <w:b/>
                <w:color w:val="080809"/>
                <w:sz w:val="20"/>
              </w:rPr>
              <w:t>[Ensino Médio]</w:t>
            </w:r>
          </w:p>
          <w:p w:rsidR="002A6E39" w:rsidRDefault="00CF5B42">
            <w:pPr>
              <w:spacing w:after="160"/>
            </w:pPr>
            <w:r>
              <w:rPr>
                <w:rFonts w:ascii="Consolas" w:eastAsia="Consolas" w:hAnsi="Consolas" w:cs="Consolas"/>
                <w:color w:val="62666D"/>
                <w:sz w:val="18"/>
              </w:rPr>
              <w:t>[Escola — 2019]</w:t>
            </w:r>
          </w:p>
          <w:p w:rsidR="002A6E39" w:rsidRDefault="00CF5B42">
            <w:pPr>
              <w:spacing w:before="160" w:after="120"/>
            </w:pPr>
            <w:r>
              <w:rPr>
                <w:rFonts w:ascii="Segoe UI" w:eastAsia="Segoe UI" w:hAnsi="Segoe UI" w:cs="Segoe UI"/>
                <w:b/>
                <w:color w:val="5E6AD2"/>
                <w:spacing w:val="12"/>
                <w:sz w:val="18"/>
              </w:rPr>
              <w:t>IDIOMAS</w:t>
            </w:r>
          </w:p>
          <w:p w:rsidR="002A6E39" w:rsidRDefault="00CF5B42">
            <w:pPr>
              <w:spacing w:after="4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[Português — nativo]</w:t>
            </w:r>
          </w:p>
          <w:p w:rsidR="002A6E39" w:rsidRDefault="00CF5B42">
            <w:pPr>
              <w:spacing w:after="0"/>
            </w:pPr>
            <w:r>
              <w:rPr>
                <w:rFonts w:ascii="Segoe UI" w:eastAsia="Segoe UI" w:hAnsi="Segoe UI" w:cs="Segoe UI"/>
                <w:color w:val="080809"/>
                <w:sz w:val="20"/>
              </w:rPr>
              <w:t>[Inglês — intermediário]</w:t>
            </w:r>
          </w:p>
        </w:tc>
        <w:tc>
          <w:tcPr>
            <w:tcW w:w="7006" w:type="dxa"/>
            <w:shd w:val="clear" w:color="auto" w:fill="FFFFFF"/>
            <w:tcMar>
              <w:top w:w="40" w:type="dxa"/>
              <w:left w:w="220" w:type="dxa"/>
              <w:bottom w:w="40" w:type="dxa"/>
              <w:right w:w="0" w:type="dxa"/>
            </w:tcMar>
          </w:tcPr>
          <w:p w:rsidR="002A6E39" w:rsidRDefault="002A6E39">
            <w:pPr>
              <w:spacing w:after="0"/>
            </w:pPr>
          </w:p>
          <w:p w:rsidR="002A6E39" w:rsidRDefault="00CF5B42">
            <w:r>
              <w:rPr>
                <w:rFonts w:ascii="Calibri" w:eastAsia="Calibri" w:hAnsi="Calibri" w:cs="Calibri"/>
                <w:i/>
                <w:color w:val="8E8B82"/>
                <w:sz w:val="16"/>
              </w:rPr>
              <w:t>DESIGN.md Linear: tracking negativo no nome, mono nas datas, eyebrow com espaço. Apague esta linha.</w:t>
            </w:r>
          </w:p>
          <w:p w:rsidR="002A6E39" w:rsidRDefault="00CF5B42">
            <w:pPr>
              <w:pBdr>
                <w:bottom w:val="single" w:sz="6" w:space="2" w:color="5E6AD2"/>
              </w:pBdr>
              <w:spacing w:before="280" w:after="120"/>
            </w:pPr>
            <w:r>
              <w:rPr>
                <w:rFonts w:ascii="Segoe UI" w:eastAsia="Segoe UI" w:hAnsi="Segoe UI" w:cs="Segoe UI"/>
                <w:b/>
                <w:color w:val="080809"/>
                <w:sz w:val="20"/>
              </w:rPr>
              <w:t>PERFIL</w:t>
            </w:r>
          </w:p>
          <w:p w:rsidR="002A6E39" w:rsidRDefault="00CF5B42">
            <w:pPr>
              <w:spacing w:after="120" w:line="336" w:lineRule="auto"/>
            </w:pPr>
            <w:r>
              <w:rPr>
                <w:rFonts w:ascii="Segoe UI" w:eastAsia="Segoe UI" w:hAnsi="Segoe UI" w:cs="Segoe UI"/>
                <w:color w:val="080809"/>
              </w:rPr>
              <w:t>Profissional com [X anos] de experiência em [sua área]. Histórico de [maior resultado]. Busco [tipo de vaga] em [cidade] para aplicar [o que você faz bem].</w:t>
            </w:r>
          </w:p>
          <w:p w:rsidR="002A6E39" w:rsidRDefault="00CF5B42">
            <w:pPr>
              <w:pBdr>
                <w:bottom w:val="single" w:sz="6" w:space="2" w:color="5E6AD2"/>
              </w:pBdr>
              <w:spacing w:before="280" w:after="120"/>
            </w:pPr>
            <w:r>
              <w:rPr>
                <w:rFonts w:ascii="Segoe UI" w:eastAsia="Segoe UI" w:hAnsi="Segoe UI" w:cs="Segoe UI"/>
                <w:b/>
                <w:color w:val="080809"/>
                <w:sz w:val="20"/>
              </w:rPr>
              <w:t>EXPERIÊNCIA</w:t>
            </w:r>
          </w:p>
          <w:p w:rsidR="002A6E39" w:rsidRDefault="00CF5B42">
            <w:pPr>
              <w:spacing w:after="0"/>
            </w:pPr>
            <w:r>
              <w:rPr>
                <w:rFonts w:ascii="Segoe UI" w:eastAsia="Segoe UI" w:hAnsi="Segoe UI" w:cs="Segoe UI"/>
                <w:b/>
                <w:color w:val="080809"/>
                <w:sz w:val="24"/>
              </w:rPr>
              <w:t>[Assistente Administrativo]</w:t>
            </w:r>
          </w:p>
          <w:p w:rsidR="002A6E39" w:rsidRDefault="00CF5B42">
            <w:pPr>
              <w:spacing w:after="80"/>
            </w:pPr>
            <w:r>
              <w:rPr>
                <w:rFonts w:ascii="Segoe UI" w:eastAsia="Segoe UI" w:hAnsi="Segoe UI" w:cs="Segoe UI"/>
                <w:i/>
                <w:color w:val="62666D"/>
                <w:sz w:val="20"/>
              </w:rPr>
              <w:t>[Empresa]  ·  [São José, SC]  ·  [2023 – atual]</w:t>
            </w:r>
          </w:p>
          <w:p w:rsidR="002A6E39" w:rsidRDefault="00CF5B42">
            <w:pPr>
              <w:spacing w:after="40"/>
            </w:pPr>
            <w:r>
              <w:rPr>
                <w:rFonts w:ascii="Segoe UI" w:eastAsia="Segoe UI" w:hAnsi="Segoe UI" w:cs="Segoe UI"/>
                <w:color w:val="080809"/>
              </w:rPr>
              <w:t>•  Organizei [arquivo / rotina], reduzindo o tempo de [busca / entrega] em [X%].</w:t>
            </w:r>
          </w:p>
          <w:p w:rsidR="002A6E39" w:rsidRDefault="00CF5B42">
            <w:pPr>
              <w:spacing w:after="40"/>
            </w:pPr>
            <w:r>
              <w:rPr>
                <w:rFonts w:ascii="Segoe UI" w:eastAsia="Segoe UI" w:hAnsi="Segoe UI" w:cs="Segoe UI"/>
                <w:color w:val="080809"/>
              </w:rPr>
              <w:t>•  Atendi [N] clientes por [balcão / WhatsApp] com registro no controle da equipe.</w:t>
            </w:r>
          </w:p>
          <w:p w:rsidR="002A6E39" w:rsidRDefault="00CF5B42">
            <w:pPr>
              <w:spacing w:after="40"/>
            </w:pPr>
            <w:r>
              <w:rPr>
                <w:rFonts w:ascii="Segoe UI" w:eastAsia="Segoe UI" w:hAnsi="Segoe UI" w:cs="Segoe UI"/>
                <w:color w:val="080809"/>
              </w:rPr>
              <w:t>•  Atualizei planilhas de [pedidos / estoque] no Excel.</w:t>
            </w:r>
          </w:p>
          <w:p w:rsidR="002A6E39" w:rsidRDefault="00CF5B42">
            <w:pPr>
              <w:spacing w:after="0"/>
            </w:pPr>
            <w:r>
              <w:rPr>
                <w:rFonts w:ascii="Segoe UI" w:eastAsia="Segoe UI" w:hAnsi="Segoe UI" w:cs="Segoe UI"/>
                <w:b/>
                <w:color w:val="080809"/>
                <w:sz w:val="24"/>
              </w:rPr>
              <w:t>[Cargo anterior]</w:t>
            </w:r>
          </w:p>
          <w:p w:rsidR="002A6E39" w:rsidRDefault="00CF5B42">
            <w:pPr>
              <w:spacing w:after="80"/>
            </w:pPr>
            <w:r>
              <w:rPr>
                <w:rFonts w:ascii="Segoe UI" w:eastAsia="Segoe UI" w:hAnsi="Segoe UI" w:cs="Segoe UI"/>
                <w:i/>
                <w:color w:val="62666D"/>
                <w:sz w:val="20"/>
              </w:rPr>
              <w:t>[Empresa]  ·  [cidade]  ·  [2021 – 2023]</w:t>
            </w:r>
          </w:p>
          <w:p w:rsidR="002A6E39" w:rsidRDefault="00CF5B42">
            <w:pPr>
              <w:spacing w:after="40"/>
            </w:pPr>
            <w:r>
              <w:rPr>
                <w:rFonts w:ascii="Segoe UI" w:eastAsia="Segoe UI" w:hAnsi="Segoe UI" w:cs="Segoe UI"/>
                <w:color w:val="080809"/>
              </w:rPr>
              <w:t>•  Controle de [agenda / documentos] com [resultado].</w:t>
            </w:r>
          </w:p>
          <w:p w:rsidR="002A6E39" w:rsidRDefault="00CF5B42">
            <w:pPr>
              <w:spacing w:after="40"/>
            </w:pPr>
            <w:r>
              <w:rPr>
                <w:rFonts w:ascii="Segoe UI" w:eastAsia="Segoe UI" w:hAnsi="Segoe UI" w:cs="Segoe UI"/>
                <w:color w:val="080809"/>
              </w:rPr>
              <w:t>•  Apoio em [rotina] que [número ou melhoria].</w:t>
            </w:r>
          </w:p>
          <w:p w:rsidR="002A6E39" w:rsidRDefault="00CF5B42">
            <w:pPr>
              <w:pBdr>
                <w:bottom w:val="single" w:sz="6" w:space="2" w:color="5E6AD2"/>
              </w:pBdr>
              <w:spacing w:before="280" w:after="120"/>
            </w:pPr>
            <w:r>
              <w:rPr>
                <w:rFonts w:ascii="Segoe UI" w:eastAsia="Segoe UI" w:hAnsi="Segoe UI" w:cs="Segoe UI"/>
                <w:b/>
                <w:color w:val="080809"/>
                <w:sz w:val="20"/>
              </w:rPr>
              <w:t>CURSOS</w:t>
            </w:r>
          </w:p>
          <w:p w:rsidR="002A6E39" w:rsidRDefault="00CF5B42">
            <w:pPr>
              <w:spacing w:after="40"/>
            </w:pPr>
            <w:r>
              <w:rPr>
                <w:rFonts w:ascii="Segoe UI" w:eastAsia="Segoe UI" w:hAnsi="Segoe UI" w:cs="Segoe UI"/>
                <w:color w:val="161616"/>
              </w:rPr>
              <w:t>•  [Informática — Windows, Word, Excel, PowerPoint] — [ano]</w:t>
            </w:r>
          </w:p>
          <w:p w:rsidR="002A6E39" w:rsidRDefault="00CF5B42">
            <w:pPr>
              <w:spacing w:after="160"/>
            </w:pPr>
            <w:r>
              <w:rPr>
                <w:rFonts w:ascii="Segoe UI" w:eastAsia="Segoe UI" w:hAnsi="Segoe UI" w:cs="Segoe UI"/>
                <w:color w:val="161616"/>
              </w:rPr>
              <w:t>•  [Excel: fórmulas e tabela dinâmica] — [ano]</w:t>
            </w:r>
          </w:p>
          <w:p w:rsidR="002A6E39" w:rsidRDefault="00CF5B42">
            <w:pPr>
              <w:spacing w:after="0"/>
            </w:pPr>
            <w:r>
              <w:rPr>
                <w:rFonts w:ascii="Segoe UI" w:eastAsia="Segoe UI" w:hAnsi="Segoe UI" w:cs="Segoe UI"/>
                <w:i/>
                <w:color w:val="8A8F98"/>
                <w:sz w:val="18"/>
              </w:rPr>
              <w:t>Antes de enviar: customize o perfil, tire os colchetes e salve em PDF.</w:t>
            </w:r>
          </w:p>
        </w:tc>
      </w:tr>
    </w:tbl>
    <w:p w:rsidR="00CF5B42" w:rsidRDefault="00CF5B42"/>
    <w:sectPr w:rsidR="00000000" w:rsidSect="00034616">
      <w:pgSz w:w="11906" w:h="16838"/>
      <w:pgMar w:top="850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348758">
    <w:abstractNumId w:val="8"/>
  </w:num>
  <w:num w:numId="2" w16cid:durableId="1201626080">
    <w:abstractNumId w:val="6"/>
  </w:num>
  <w:num w:numId="3" w16cid:durableId="1127695694">
    <w:abstractNumId w:val="5"/>
  </w:num>
  <w:num w:numId="4" w16cid:durableId="449519567">
    <w:abstractNumId w:val="4"/>
  </w:num>
  <w:num w:numId="5" w16cid:durableId="2028022975">
    <w:abstractNumId w:val="7"/>
  </w:num>
  <w:num w:numId="6" w16cid:durableId="197813134">
    <w:abstractNumId w:val="3"/>
  </w:num>
  <w:num w:numId="7" w16cid:durableId="1810592051">
    <w:abstractNumId w:val="2"/>
  </w:num>
  <w:num w:numId="8" w16cid:durableId="2130466783">
    <w:abstractNumId w:val="1"/>
  </w:num>
  <w:num w:numId="9" w16cid:durableId="1327973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6E39"/>
    <w:rsid w:val="00326F90"/>
    <w:rsid w:val="004F5101"/>
    <w:rsid w:val="00AA1D8D"/>
    <w:rsid w:val="00B47730"/>
    <w:rsid w:val="00CB0664"/>
    <w:rsid w:val="00CF5B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E3E67B5-57C9-451C-B378-463C3002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Alessandro Batista Duarte Ferreira</cp:lastModifiedBy>
  <cp:revision>2</cp:revision>
  <dcterms:created xsi:type="dcterms:W3CDTF">2026-08-17T21:14:00Z</dcterms:created>
  <dcterms:modified xsi:type="dcterms:W3CDTF">2026-08-17T21:14:00Z</dcterms:modified>
  <cp:category/>
</cp:coreProperties>
</file>