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41FDE" w14:textId="77777777" w:rsidR="00456840" w:rsidRPr="00190AA1" w:rsidRDefault="00000000">
      <w:pPr>
        <w:spacing w:after="120"/>
        <w:rPr>
          <w:lang w:val="pt-BR"/>
        </w:rPr>
      </w:pPr>
      <w:r>
        <w:rPr>
          <w:b/>
          <w:color w:val="1A365D"/>
          <w:sz w:val="28"/>
        </w:rPr>
        <w:t>📋</w:t>
      </w:r>
      <w:r w:rsidRPr="00190AA1">
        <w:rPr>
          <w:b/>
          <w:color w:val="1A365D"/>
          <w:sz w:val="28"/>
          <w:lang w:val="pt-BR"/>
        </w:rPr>
        <w:t xml:space="preserve"> GUIA DO CURRÍCULO — Melhores Práticas 2026</w:t>
      </w:r>
    </w:p>
    <w:p w14:paraId="11676BE8" w14:textId="77777777" w:rsidR="00456840" w:rsidRPr="00190AA1" w:rsidRDefault="00000000">
      <w:pPr>
        <w:rPr>
          <w:lang w:val="pt-BR"/>
        </w:rPr>
      </w:pPr>
      <w:r w:rsidRPr="00190AA1">
        <w:rPr>
          <w:color w:val="6B7280"/>
          <w:sz w:val="19"/>
          <w:lang w:val="pt-BR"/>
        </w:rPr>
        <w:t>Este documento é um TEMPLATE EDITÁVEL seguindo as 11 tendências de currículo para 2026. Substitua os textos entre colchetes [exemplo] pelos seus dados. As instruções em itálico laranja são dicas — remova-as na versão final.</w:t>
      </w:r>
    </w:p>
    <w:p w14:paraId="47A35841" w14:textId="77777777" w:rsidR="00456840" w:rsidRPr="00190AA1" w:rsidRDefault="00000000">
      <w:pPr>
        <w:spacing w:after="20"/>
        <w:rPr>
          <w:lang w:val="pt-BR"/>
        </w:rPr>
      </w:pPr>
      <w:r>
        <w:rPr>
          <w:b/>
          <w:color w:val="1A365D"/>
          <w:sz w:val="17"/>
        </w:rPr>
        <w:t>📄</w:t>
      </w:r>
      <w:r w:rsidRPr="00190AA1">
        <w:rPr>
          <w:b/>
          <w:color w:val="1A365D"/>
          <w:sz w:val="17"/>
          <w:lang w:val="pt-BR"/>
        </w:rPr>
        <w:t xml:space="preserve"> Tendência #1 — Currículo Digital: </w:t>
      </w:r>
      <w:r w:rsidRPr="00190AA1">
        <w:rPr>
          <w:sz w:val="17"/>
          <w:lang w:val="pt-BR"/>
        </w:rPr>
        <w:t xml:space="preserve">LinkedIn completo + site pessoal/portfólio + QR </w:t>
      </w:r>
      <w:proofErr w:type="spellStart"/>
      <w:r w:rsidRPr="00190AA1">
        <w:rPr>
          <w:sz w:val="17"/>
          <w:lang w:val="pt-BR"/>
        </w:rPr>
        <w:t>code</w:t>
      </w:r>
      <w:proofErr w:type="spellEnd"/>
      <w:r w:rsidRPr="00190AA1">
        <w:rPr>
          <w:sz w:val="17"/>
          <w:lang w:val="pt-BR"/>
        </w:rPr>
        <w:t>.</w:t>
      </w:r>
    </w:p>
    <w:p w14:paraId="607D9F8F" w14:textId="77777777" w:rsidR="00456840" w:rsidRPr="00190AA1" w:rsidRDefault="00000000">
      <w:pPr>
        <w:spacing w:after="20"/>
        <w:rPr>
          <w:lang w:val="pt-BR"/>
        </w:rPr>
      </w:pPr>
      <w:r w:rsidRPr="00190AA1">
        <w:rPr>
          <w:b/>
          <w:color w:val="1A365D"/>
          <w:sz w:val="17"/>
          <w:lang w:val="pt-BR"/>
        </w:rPr>
        <w:t xml:space="preserve">✨ Tendência #2 — Minimalismo: </w:t>
      </w:r>
      <w:r w:rsidRPr="00190AA1">
        <w:rPr>
          <w:sz w:val="17"/>
          <w:lang w:val="pt-BR"/>
        </w:rPr>
        <w:t>Design limpo, fonte profissional, margens adequadas.</w:t>
      </w:r>
    </w:p>
    <w:p w14:paraId="4E5F2B02" w14:textId="77777777" w:rsidR="00456840" w:rsidRPr="00190AA1" w:rsidRDefault="00000000">
      <w:pPr>
        <w:spacing w:after="20"/>
        <w:rPr>
          <w:lang w:val="pt-BR"/>
        </w:rPr>
      </w:pPr>
      <w:r>
        <w:rPr>
          <w:b/>
          <w:color w:val="1A365D"/>
          <w:sz w:val="17"/>
        </w:rPr>
        <w:t>📋</w:t>
      </w:r>
      <w:r w:rsidRPr="00190AA1">
        <w:rPr>
          <w:b/>
          <w:color w:val="1A365D"/>
          <w:sz w:val="17"/>
          <w:lang w:val="pt-BR"/>
        </w:rPr>
        <w:t xml:space="preserve"> Tendência #3 — </w:t>
      </w:r>
      <w:proofErr w:type="spellStart"/>
      <w:r w:rsidRPr="00190AA1">
        <w:rPr>
          <w:b/>
          <w:color w:val="1A365D"/>
          <w:sz w:val="17"/>
          <w:lang w:val="pt-BR"/>
        </w:rPr>
        <w:t>Templates</w:t>
      </w:r>
      <w:proofErr w:type="spellEnd"/>
      <w:r w:rsidRPr="00190AA1">
        <w:rPr>
          <w:b/>
          <w:color w:val="1A365D"/>
          <w:sz w:val="17"/>
          <w:lang w:val="pt-BR"/>
        </w:rPr>
        <w:t xml:space="preserve"> Profissionais: </w:t>
      </w:r>
      <w:r w:rsidRPr="00190AA1">
        <w:rPr>
          <w:sz w:val="17"/>
          <w:lang w:val="pt-BR"/>
        </w:rPr>
        <w:t>Recrutador escaneia em ~6s — estrutura clara é essencial.</w:t>
      </w:r>
    </w:p>
    <w:p w14:paraId="3401C172" w14:textId="77777777" w:rsidR="00456840" w:rsidRPr="00190AA1" w:rsidRDefault="00000000">
      <w:pPr>
        <w:spacing w:after="20"/>
        <w:rPr>
          <w:lang w:val="pt-BR"/>
        </w:rPr>
      </w:pPr>
      <w:r>
        <w:rPr>
          <w:b/>
          <w:color w:val="1A365D"/>
          <w:sz w:val="17"/>
        </w:rPr>
        <w:t>🔄</w:t>
      </w:r>
      <w:r w:rsidRPr="00190AA1">
        <w:rPr>
          <w:b/>
          <w:color w:val="1A365D"/>
          <w:sz w:val="17"/>
          <w:lang w:val="pt-BR"/>
        </w:rPr>
        <w:t xml:space="preserve"> Tendência #4 — Formato Híbrido: </w:t>
      </w:r>
      <w:r w:rsidRPr="00190AA1">
        <w:rPr>
          <w:sz w:val="17"/>
          <w:lang w:val="pt-BR"/>
        </w:rPr>
        <w:t>Skills em destaque PRIMEIRO, depois experiência cronológica.</w:t>
      </w:r>
    </w:p>
    <w:p w14:paraId="42670476" w14:textId="77777777" w:rsidR="00456840" w:rsidRPr="00190AA1" w:rsidRDefault="00000000">
      <w:pPr>
        <w:spacing w:after="20"/>
        <w:rPr>
          <w:lang w:val="pt-BR"/>
        </w:rPr>
      </w:pPr>
      <w:r>
        <w:rPr>
          <w:b/>
          <w:color w:val="1A365D"/>
          <w:sz w:val="17"/>
        </w:rPr>
        <w:t>🎯</w:t>
      </w:r>
      <w:r w:rsidRPr="00190AA1">
        <w:rPr>
          <w:b/>
          <w:color w:val="1A365D"/>
          <w:sz w:val="17"/>
          <w:lang w:val="pt-BR"/>
        </w:rPr>
        <w:t xml:space="preserve"> Tendência #5 — Customização: </w:t>
      </w:r>
      <w:r w:rsidRPr="00190AA1">
        <w:rPr>
          <w:sz w:val="17"/>
          <w:lang w:val="pt-BR"/>
        </w:rPr>
        <w:t>Um currículo DIFERENTE para cada vaga.</w:t>
      </w:r>
    </w:p>
    <w:p w14:paraId="0522F8BD" w14:textId="77777777" w:rsidR="00456840" w:rsidRPr="00190AA1" w:rsidRDefault="00000000">
      <w:pPr>
        <w:spacing w:after="20"/>
        <w:rPr>
          <w:lang w:val="pt-BR"/>
        </w:rPr>
      </w:pPr>
      <w:r>
        <w:rPr>
          <w:b/>
          <w:color w:val="1A365D"/>
          <w:sz w:val="17"/>
        </w:rPr>
        <w:t>🤖</w:t>
      </w:r>
      <w:r w:rsidRPr="00190AA1">
        <w:rPr>
          <w:b/>
          <w:color w:val="1A365D"/>
          <w:sz w:val="17"/>
          <w:lang w:val="pt-BR"/>
        </w:rPr>
        <w:t xml:space="preserve"> Tendência #6 — ATS-</w:t>
      </w:r>
      <w:proofErr w:type="spellStart"/>
      <w:r w:rsidRPr="00190AA1">
        <w:rPr>
          <w:b/>
          <w:color w:val="1A365D"/>
          <w:sz w:val="17"/>
          <w:lang w:val="pt-BR"/>
        </w:rPr>
        <w:t>Friendly</w:t>
      </w:r>
      <w:proofErr w:type="spellEnd"/>
      <w:r w:rsidRPr="00190AA1">
        <w:rPr>
          <w:b/>
          <w:color w:val="1A365D"/>
          <w:sz w:val="17"/>
          <w:lang w:val="pt-BR"/>
        </w:rPr>
        <w:t xml:space="preserve">: </w:t>
      </w:r>
      <w:r w:rsidRPr="00190AA1">
        <w:rPr>
          <w:sz w:val="17"/>
          <w:lang w:val="pt-BR"/>
        </w:rPr>
        <w:t>Seções com nomes padrão, sem gráficos, salvar como PDF.</w:t>
      </w:r>
    </w:p>
    <w:p w14:paraId="29AD2448" w14:textId="77777777" w:rsidR="00456840" w:rsidRPr="00190AA1" w:rsidRDefault="00000000">
      <w:pPr>
        <w:spacing w:after="20"/>
        <w:rPr>
          <w:lang w:val="pt-BR"/>
        </w:rPr>
      </w:pPr>
      <w:r>
        <w:rPr>
          <w:b/>
          <w:color w:val="1A365D"/>
          <w:sz w:val="17"/>
        </w:rPr>
        <w:t>📊</w:t>
      </w:r>
      <w:r w:rsidRPr="00190AA1">
        <w:rPr>
          <w:b/>
          <w:color w:val="1A365D"/>
          <w:sz w:val="17"/>
          <w:lang w:val="pt-BR"/>
        </w:rPr>
        <w:t xml:space="preserve"> Tendência #7 — Realizações &gt; Tarefas: </w:t>
      </w:r>
      <w:r w:rsidRPr="00190AA1">
        <w:rPr>
          <w:sz w:val="17"/>
          <w:lang w:val="pt-BR"/>
        </w:rPr>
        <w:t xml:space="preserve">CADA </w:t>
      </w:r>
      <w:proofErr w:type="spellStart"/>
      <w:r w:rsidRPr="00190AA1">
        <w:rPr>
          <w:sz w:val="17"/>
          <w:lang w:val="pt-BR"/>
        </w:rPr>
        <w:t>bullet</w:t>
      </w:r>
      <w:proofErr w:type="spellEnd"/>
      <w:r w:rsidRPr="00190AA1">
        <w:rPr>
          <w:sz w:val="17"/>
          <w:lang w:val="pt-BR"/>
        </w:rPr>
        <w:t xml:space="preserve"> tem NÚMERO ou resultado mensurável.</w:t>
      </w:r>
    </w:p>
    <w:p w14:paraId="7255ABC7" w14:textId="77777777" w:rsidR="00456840" w:rsidRPr="00190AA1" w:rsidRDefault="00000000">
      <w:pPr>
        <w:spacing w:after="20"/>
        <w:rPr>
          <w:lang w:val="pt-BR"/>
        </w:rPr>
      </w:pPr>
      <w:r>
        <w:rPr>
          <w:b/>
          <w:color w:val="1A365D"/>
          <w:sz w:val="17"/>
        </w:rPr>
        <w:t>💬</w:t>
      </w:r>
      <w:r w:rsidRPr="00190AA1">
        <w:rPr>
          <w:b/>
          <w:color w:val="1A365D"/>
          <w:sz w:val="17"/>
          <w:lang w:val="pt-BR"/>
        </w:rPr>
        <w:t xml:space="preserve"> Tendência #8 — Soft Skills: </w:t>
      </w:r>
      <w:r w:rsidRPr="00190AA1">
        <w:rPr>
          <w:sz w:val="17"/>
          <w:lang w:val="pt-BR"/>
        </w:rPr>
        <w:t>Comunicação, adaptabilidade, liderança, colaboração.</w:t>
      </w:r>
    </w:p>
    <w:p w14:paraId="5BABF863" w14:textId="77777777" w:rsidR="00456840" w:rsidRPr="00190AA1" w:rsidRDefault="00000000">
      <w:pPr>
        <w:spacing w:after="20"/>
        <w:rPr>
          <w:lang w:val="pt-BR"/>
        </w:rPr>
      </w:pPr>
      <w:r>
        <w:rPr>
          <w:b/>
          <w:color w:val="1A365D"/>
          <w:sz w:val="17"/>
        </w:rPr>
        <w:t>🤖</w:t>
      </w:r>
      <w:r w:rsidRPr="00190AA1">
        <w:rPr>
          <w:b/>
          <w:color w:val="1A365D"/>
          <w:sz w:val="17"/>
          <w:lang w:val="pt-BR"/>
        </w:rPr>
        <w:t xml:space="preserve"> Tendência #9 — Habilidades em AI: </w:t>
      </w:r>
      <w:r w:rsidRPr="00190AA1">
        <w:rPr>
          <w:sz w:val="17"/>
          <w:lang w:val="pt-BR"/>
        </w:rPr>
        <w:t xml:space="preserve">ChatGPT, </w:t>
      </w:r>
      <w:proofErr w:type="spellStart"/>
      <w:r w:rsidRPr="00190AA1">
        <w:rPr>
          <w:sz w:val="17"/>
          <w:lang w:val="pt-BR"/>
        </w:rPr>
        <w:t>Copilot</w:t>
      </w:r>
      <w:proofErr w:type="spellEnd"/>
      <w:r w:rsidRPr="00190AA1">
        <w:rPr>
          <w:sz w:val="17"/>
          <w:lang w:val="pt-BR"/>
        </w:rPr>
        <w:t xml:space="preserve">, prompt </w:t>
      </w:r>
      <w:proofErr w:type="spellStart"/>
      <w:r w:rsidRPr="00190AA1">
        <w:rPr>
          <w:sz w:val="17"/>
          <w:lang w:val="pt-BR"/>
        </w:rPr>
        <w:t>engineering</w:t>
      </w:r>
      <w:proofErr w:type="spellEnd"/>
      <w:r w:rsidRPr="00190AA1">
        <w:rPr>
          <w:sz w:val="17"/>
          <w:lang w:val="pt-BR"/>
        </w:rPr>
        <w:t>, automação.</w:t>
      </w:r>
    </w:p>
    <w:p w14:paraId="6F64DAFC" w14:textId="77777777" w:rsidR="00456840" w:rsidRPr="00190AA1" w:rsidRDefault="00000000">
      <w:pPr>
        <w:spacing w:after="20"/>
        <w:rPr>
          <w:lang w:val="pt-BR"/>
        </w:rPr>
      </w:pPr>
      <w:r>
        <w:rPr>
          <w:b/>
          <w:color w:val="1A365D"/>
          <w:sz w:val="17"/>
        </w:rPr>
        <w:t>📚</w:t>
      </w:r>
      <w:r w:rsidRPr="00190AA1">
        <w:rPr>
          <w:b/>
          <w:color w:val="1A365D"/>
          <w:sz w:val="17"/>
          <w:lang w:val="pt-BR"/>
        </w:rPr>
        <w:t xml:space="preserve"> Tendência #10 — Aprendizado Diversificado: </w:t>
      </w:r>
      <w:r w:rsidRPr="00190AA1">
        <w:rPr>
          <w:sz w:val="17"/>
          <w:lang w:val="pt-BR"/>
        </w:rPr>
        <w:t xml:space="preserve">Certificações online, </w:t>
      </w:r>
      <w:proofErr w:type="spellStart"/>
      <w:r w:rsidRPr="00190AA1">
        <w:rPr>
          <w:sz w:val="17"/>
          <w:lang w:val="pt-BR"/>
        </w:rPr>
        <w:t>bootcamps</w:t>
      </w:r>
      <w:proofErr w:type="spellEnd"/>
      <w:r w:rsidRPr="00190AA1">
        <w:rPr>
          <w:sz w:val="17"/>
          <w:lang w:val="pt-BR"/>
        </w:rPr>
        <w:t>, workshops.</w:t>
      </w:r>
    </w:p>
    <w:p w14:paraId="0B31DA67" w14:textId="77777777" w:rsidR="00456840" w:rsidRPr="00190AA1" w:rsidRDefault="00000000">
      <w:pPr>
        <w:spacing w:after="20"/>
        <w:rPr>
          <w:lang w:val="pt-BR"/>
        </w:rPr>
      </w:pPr>
      <w:r>
        <w:rPr>
          <w:b/>
          <w:color w:val="1A365D"/>
          <w:sz w:val="17"/>
        </w:rPr>
        <w:t>🎨</w:t>
      </w:r>
      <w:r w:rsidRPr="00190AA1">
        <w:rPr>
          <w:b/>
          <w:color w:val="1A365D"/>
          <w:sz w:val="17"/>
          <w:lang w:val="pt-BR"/>
        </w:rPr>
        <w:t xml:space="preserve"> Tendência #11 — Personal Branding: </w:t>
      </w:r>
      <w:r w:rsidRPr="00190AA1">
        <w:rPr>
          <w:sz w:val="17"/>
          <w:lang w:val="pt-BR"/>
        </w:rPr>
        <w:t>Consistência entre currículo, LinkedIn e portfólio.</w:t>
      </w:r>
    </w:p>
    <w:p w14:paraId="129467C7" w14:textId="77777777" w:rsidR="00456840" w:rsidRPr="00190AA1" w:rsidRDefault="00456840">
      <w:pPr>
        <w:rPr>
          <w:lang w:val="pt-BR"/>
        </w:rPr>
      </w:pPr>
    </w:p>
    <w:p w14:paraId="625E0645" w14:textId="77777777" w:rsidR="00456840" w:rsidRPr="00190AA1" w:rsidRDefault="00000000">
      <w:pPr>
        <w:rPr>
          <w:lang w:val="pt-BR"/>
        </w:rPr>
      </w:pPr>
      <w:r w:rsidRPr="00190AA1">
        <w:rPr>
          <w:lang w:val="pt-BR"/>
        </w:rPr>
        <w:br w:type="page"/>
      </w:r>
    </w:p>
    <w:p w14:paraId="4C23821F" w14:textId="77777777" w:rsidR="00456840" w:rsidRPr="00190AA1" w:rsidRDefault="00000000">
      <w:pPr>
        <w:spacing w:after="40"/>
        <w:jc w:val="center"/>
        <w:rPr>
          <w:lang w:val="pt-BR"/>
        </w:rPr>
      </w:pPr>
      <w:r w:rsidRPr="00190AA1">
        <w:rPr>
          <w:b/>
          <w:color w:val="1A365D"/>
          <w:sz w:val="44"/>
          <w:lang w:val="pt-BR"/>
        </w:rPr>
        <w:lastRenderedPageBreak/>
        <w:t>[SEU NOME COMPLETO]</w:t>
      </w:r>
    </w:p>
    <w:p w14:paraId="0943BF2C" w14:textId="77777777" w:rsidR="00456840" w:rsidRPr="00190AA1" w:rsidRDefault="00000000">
      <w:pPr>
        <w:spacing w:after="80"/>
        <w:jc w:val="center"/>
        <w:rPr>
          <w:lang w:val="pt-BR"/>
        </w:rPr>
      </w:pPr>
      <w:r w:rsidRPr="00190AA1">
        <w:rPr>
          <w:color w:val="1A365D"/>
          <w:sz w:val="22"/>
          <w:lang w:val="pt-BR"/>
        </w:rPr>
        <w:t xml:space="preserve">[CARGO ALVO — </w:t>
      </w:r>
      <w:proofErr w:type="spellStart"/>
      <w:r w:rsidRPr="00190AA1">
        <w:rPr>
          <w:color w:val="1A365D"/>
          <w:sz w:val="22"/>
          <w:lang w:val="pt-BR"/>
        </w:rPr>
        <w:t>ex</w:t>
      </w:r>
      <w:proofErr w:type="spellEnd"/>
      <w:r w:rsidRPr="00190AA1">
        <w:rPr>
          <w:color w:val="1A365D"/>
          <w:sz w:val="22"/>
          <w:lang w:val="pt-BR"/>
        </w:rPr>
        <w:t xml:space="preserve">: Desenvolvedor </w:t>
      </w:r>
      <w:proofErr w:type="spellStart"/>
      <w:r w:rsidRPr="00190AA1">
        <w:rPr>
          <w:color w:val="1A365D"/>
          <w:sz w:val="22"/>
          <w:lang w:val="pt-BR"/>
        </w:rPr>
        <w:t>Full-Stack</w:t>
      </w:r>
      <w:proofErr w:type="spellEnd"/>
      <w:r w:rsidRPr="00190AA1">
        <w:rPr>
          <w:color w:val="1A365D"/>
          <w:sz w:val="22"/>
          <w:lang w:val="pt-BR"/>
        </w:rPr>
        <w:t xml:space="preserve"> Sênior]</w:t>
      </w:r>
    </w:p>
    <w:p w14:paraId="0709C1A5" w14:textId="77777777" w:rsidR="00456840" w:rsidRPr="00190AA1" w:rsidRDefault="00000000">
      <w:pPr>
        <w:spacing w:after="20"/>
        <w:jc w:val="center"/>
        <w:rPr>
          <w:lang w:val="pt-BR"/>
        </w:rPr>
      </w:pPr>
      <w:r w:rsidRPr="00190AA1">
        <w:rPr>
          <w:color w:val="6B7280"/>
          <w:sz w:val="18"/>
          <w:lang w:val="pt-BR"/>
        </w:rPr>
        <w:t>[</w:t>
      </w:r>
      <w:r>
        <w:rPr>
          <w:color w:val="6B7280"/>
          <w:sz w:val="18"/>
        </w:rPr>
        <w:t>📞</w:t>
      </w:r>
      <w:r w:rsidRPr="00190AA1">
        <w:rPr>
          <w:color w:val="6B7280"/>
          <w:sz w:val="18"/>
          <w:lang w:val="pt-BR"/>
        </w:rPr>
        <w:t xml:space="preserve"> (48) 99999-0000</w:t>
      </w:r>
      <w:proofErr w:type="gramStart"/>
      <w:r w:rsidRPr="00190AA1">
        <w:rPr>
          <w:color w:val="6B7280"/>
          <w:sz w:val="18"/>
          <w:lang w:val="pt-BR"/>
        </w:rPr>
        <w:t>]  •</w:t>
      </w:r>
      <w:proofErr w:type="gramEnd"/>
      <w:r w:rsidRPr="00190AA1">
        <w:rPr>
          <w:color w:val="6B7280"/>
          <w:sz w:val="18"/>
          <w:lang w:val="pt-BR"/>
        </w:rPr>
        <w:t xml:space="preserve">  [✉</w:t>
      </w:r>
      <w:r>
        <w:rPr>
          <w:color w:val="6B7280"/>
          <w:sz w:val="18"/>
        </w:rPr>
        <w:t>️</w:t>
      </w:r>
      <w:r w:rsidRPr="00190AA1">
        <w:rPr>
          <w:color w:val="6B7280"/>
          <w:sz w:val="18"/>
          <w:lang w:val="pt-BR"/>
        </w:rPr>
        <w:t xml:space="preserve"> </w:t>
      </w:r>
      <w:proofErr w:type="gramStart"/>
      <w:r w:rsidRPr="00190AA1">
        <w:rPr>
          <w:color w:val="6B7280"/>
          <w:sz w:val="18"/>
          <w:lang w:val="pt-BR"/>
        </w:rPr>
        <w:t>email@exemplo.com]  •</w:t>
      </w:r>
      <w:proofErr w:type="gramEnd"/>
      <w:r w:rsidRPr="00190AA1">
        <w:rPr>
          <w:color w:val="6B7280"/>
          <w:sz w:val="18"/>
          <w:lang w:val="pt-BR"/>
        </w:rPr>
        <w:t xml:space="preserve">  [</w:t>
      </w:r>
      <w:r>
        <w:rPr>
          <w:color w:val="6B7280"/>
          <w:sz w:val="18"/>
        </w:rPr>
        <w:t>💼</w:t>
      </w:r>
      <w:r w:rsidRPr="00190AA1">
        <w:rPr>
          <w:color w:val="6B7280"/>
          <w:sz w:val="18"/>
          <w:lang w:val="pt-BR"/>
        </w:rPr>
        <w:t xml:space="preserve"> linkedin.com/in/</w:t>
      </w:r>
      <w:proofErr w:type="spellStart"/>
      <w:proofErr w:type="gramStart"/>
      <w:r w:rsidRPr="00190AA1">
        <w:rPr>
          <w:color w:val="6B7280"/>
          <w:sz w:val="18"/>
          <w:lang w:val="pt-BR"/>
        </w:rPr>
        <w:t>seuperfil</w:t>
      </w:r>
      <w:proofErr w:type="spellEnd"/>
      <w:r w:rsidRPr="00190AA1">
        <w:rPr>
          <w:color w:val="6B7280"/>
          <w:sz w:val="18"/>
          <w:lang w:val="pt-BR"/>
        </w:rPr>
        <w:t>]  •</w:t>
      </w:r>
      <w:proofErr w:type="gramEnd"/>
      <w:r w:rsidRPr="00190AA1">
        <w:rPr>
          <w:color w:val="6B7280"/>
          <w:sz w:val="18"/>
          <w:lang w:val="pt-BR"/>
        </w:rPr>
        <w:t xml:space="preserve">  [</w:t>
      </w:r>
      <w:r>
        <w:rPr>
          <w:color w:val="6B7280"/>
          <w:sz w:val="18"/>
        </w:rPr>
        <w:t>🌐</w:t>
      </w:r>
      <w:r w:rsidRPr="00190AA1">
        <w:rPr>
          <w:color w:val="6B7280"/>
          <w:sz w:val="18"/>
          <w:lang w:val="pt-BR"/>
        </w:rPr>
        <w:t xml:space="preserve"> seusite.com]</w:t>
      </w:r>
    </w:p>
    <w:p w14:paraId="1C56956F" w14:textId="77777777" w:rsidR="00456840" w:rsidRPr="00190AA1" w:rsidRDefault="00000000">
      <w:pPr>
        <w:spacing w:after="40"/>
        <w:jc w:val="center"/>
        <w:rPr>
          <w:lang w:val="pt-BR"/>
        </w:rPr>
      </w:pPr>
      <w:r w:rsidRPr="00190AA1">
        <w:rPr>
          <w:color w:val="6B7280"/>
          <w:sz w:val="18"/>
          <w:lang w:val="pt-BR"/>
        </w:rPr>
        <w:t xml:space="preserve">Disponível para: </w:t>
      </w:r>
      <w:proofErr w:type="gramStart"/>
      <w:r w:rsidRPr="00190AA1">
        <w:rPr>
          <w:color w:val="6B7280"/>
          <w:sz w:val="18"/>
          <w:lang w:val="pt-BR"/>
        </w:rPr>
        <w:t>[Presencial</w:t>
      </w:r>
      <w:proofErr w:type="gramEnd"/>
      <w:r w:rsidRPr="00190AA1">
        <w:rPr>
          <w:color w:val="6B7280"/>
          <w:sz w:val="18"/>
          <w:lang w:val="pt-BR"/>
        </w:rPr>
        <w:t xml:space="preserve"> / Híbrido / </w:t>
      </w:r>
      <w:proofErr w:type="gramStart"/>
      <w:r w:rsidRPr="00190AA1">
        <w:rPr>
          <w:color w:val="6B7280"/>
          <w:sz w:val="18"/>
          <w:lang w:val="pt-BR"/>
        </w:rPr>
        <w:t>Remoto]  •</w:t>
      </w:r>
      <w:proofErr w:type="gramEnd"/>
      <w:r w:rsidRPr="00190AA1">
        <w:rPr>
          <w:color w:val="6B7280"/>
          <w:sz w:val="18"/>
          <w:lang w:val="pt-BR"/>
        </w:rPr>
        <w:t xml:space="preserve">  [Cidade, Estado]</w:t>
      </w:r>
    </w:p>
    <w:p w14:paraId="40AF8988" w14:textId="77777777" w:rsidR="00456840" w:rsidRPr="00190AA1" w:rsidRDefault="00000000">
      <w:pPr>
        <w:spacing w:before="20" w:after="40"/>
        <w:rPr>
          <w:lang w:val="pt-BR"/>
        </w:rPr>
      </w:pPr>
      <w:r>
        <w:rPr>
          <w:i/>
          <w:color w:val="92400E"/>
          <w:sz w:val="16"/>
        </w:rPr>
        <w:t>💡</w:t>
      </w:r>
      <w:r w:rsidRPr="00190AA1">
        <w:rPr>
          <w:i/>
          <w:color w:val="92400E"/>
          <w:sz w:val="16"/>
          <w:lang w:val="pt-BR"/>
        </w:rPr>
        <w:t xml:space="preserve"> Tendências #1 e #11: LinkedIn e site pessoal vinculados. Seja específico sobre localização e modalidade.</w:t>
      </w:r>
    </w:p>
    <w:p w14:paraId="293C07D1" w14:textId="77777777" w:rsidR="00456840" w:rsidRPr="00190AA1" w:rsidRDefault="00000000">
      <w:pPr>
        <w:pBdr>
          <w:bottom w:val="single" w:sz="4" w:space="1" w:color="1A365D"/>
        </w:pBdr>
        <w:spacing w:before="280" w:after="120"/>
        <w:rPr>
          <w:lang w:val="pt-BR"/>
        </w:rPr>
      </w:pPr>
      <w:r w:rsidRPr="00190AA1">
        <w:rPr>
          <w:b/>
          <w:color w:val="1A365D"/>
          <w:sz w:val="19"/>
          <w:lang w:val="pt-BR"/>
        </w:rPr>
        <w:t>RESUMO PROFISSIONAL</w:t>
      </w:r>
    </w:p>
    <w:p w14:paraId="7F04957E" w14:textId="77777777" w:rsidR="00456840" w:rsidRPr="00190AA1" w:rsidRDefault="00000000">
      <w:pPr>
        <w:spacing w:before="20" w:after="40"/>
        <w:rPr>
          <w:lang w:val="pt-BR"/>
        </w:rPr>
      </w:pPr>
      <w:r>
        <w:rPr>
          <w:i/>
          <w:color w:val="92400E"/>
          <w:sz w:val="16"/>
        </w:rPr>
        <w:t>💡</w:t>
      </w:r>
      <w:r w:rsidRPr="00190AA1">
        <w:rPr>
          <w:i/>
          <w:color w:val="92400E"/>
          <w:sz w:val="16"/>
          <w:lang w:val="pt-BR"/>
        </w:rPr>
        <w:t xml:space="preserve"> Tendência #5: Escreva UM resumo novo para cada vaga. 2-3 linhas com: cargo, anos de </w:t>
      </w:r>
      <w:proofErr w:type="spellStart"/>
      <w:r w:rsidRPr="00190AA1">
        <w:rPr>
          <w:i/>
          <w:color w:val="92400E"/>
          <w:sz w:val="16"/>
          <w:lang w:val="pt-BR"/>
        </w:rPr>
        <w:t>exp</w:t>
      </w:r>
      <w:proofErr w:type="spellEnd"/>
      <w:r w:rsidRPr="00190AA1">
        <w:rPr>
          <w:i/>
          <w:color w:val="92400E"/>
          <w:sz w:val="16"/>
          <w:lang w:val="pt-BR"/>
        </w:rPr>
        <w:t>, maior resultado, objetivo.</w:t>
      </w:r>
    </w:p>
    <w:p w14:paraId="6DE8084B" w14:textId="77777777" w:rsidR="00456840" w:rsidRPr="00190AA1" w:rsidRDefault="00000000">
      <w:pPr>
        <w:spacing w:after="80"/>
        <w:rPr>
          <w:lang w:val="pt-BR"/>
        </w:rPr>
      </w:pPr>
      <w:r w:rsidRPr="00190AA1">
        <w:rPr>
          <w:sz w:val="20"/>
          <w:lang w:val="pt-BR"/>
        </w:rPr>
        <w:t>Profissional com [X anos] de experiência em [sua área], especializado em [especialidades]. Histórico comprovado de [maior realização], gerando [resultado mensurável]. Busco aplicar minha expertise em [área] para [contribuição esperada].</w:t>
      </w:r>
    </w:p>
    <w:p w14:paraId="79931975" w14:textId="77777777" w:rsidR="00456840" w:rsidRPr="00190AA1" w:rsidRDefault="00000000">
      <w:pPr>
        <w:pBdr>
          <w:bottom w:val="single" w:sz="4" w:space="1" w:color="1A365D"/>
        </w:pBdr>
        <w:spacing w:before="280" w:after="120"/>
        <w:rPr>
          <w:lang w:val="pt-BR"/>
        </w:rPr>
      </w:pPr>
      <w:r w:rsidRPr="00190AA1">
        <w:rPr>
          <w:b/>
          <w:color w:val="1A365D"/>
          <w:sz w:val="19"/>
          <w:lang w:val="pt-BR"/>
        </w:rPr>
        <w:t>COMPETÊNCIAS PRINCIPAIS</w:t>
      </w:r>
    </w:p>
    <w:p w14:paraId="1B449338" w14:textId="77777777" w:rsidR="00456840" w:rsidRDefault="00000000">
      <w:pPr>
        <w:spacing w:before="20" w:after="40"/>
      </w:pPr>
      <w:r>
        <w:rPr>
          <w:i/>
          <w:color w:val="92400E"/>
          <w:sz w:val="16"/>
        </w:rPr>
        <w:t>💡</w:t>
      </w:r>
      <w:r w:rsidRPr="00190AA1">
        <w:rPr>
          <w:i/>
          <w:color w:val="92400E"/>
          <w:sz w:val="16"/>
          <w:lang w:val="pt-BR"/>
        </w:rPr>
        <w:t xml:space="preserve"> Tendência #4 (formato híbrido): skills primeiro. </w:t>
      </w:r>
      <w:r>
        <w:rPr>
          <w:i/>
          <w:color w:val="92400E"/>
          <w:sz w:val="16"/>
        </w:rPr>
        <w:t>#8 (soft skills) + #9 (AI skills) incluídas.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84"/>
        <w:gridCol w:w="4703"/>
      </w:tblGrid>
      <w:tr w:rsidR="00456840" w14:paraId="127345A4" w14:textId="77777777">
        <w:tc>
          <w:tcPr>
            <w:tcW w:w="1984" w:type="dxa"/>
          </w:tcPr>
          <w:p w14:paraId="30D08C9C" w14:textId="77777777" w:rsidR="00456840" w:rsidRDefault="00000000">
            <w:pPr>
              <w:spacing w:before="40" w:after="40"/>
            </w:pPr>
            <w:r>
              <w:rPr>
                <w:b/>
                <w:color w:val="1A365D"/>
                <w:sz w:val="19"/>
              </w:rPr>
              <w:t>Stack Técnica:</w:t>
            </w:r>
          </w:p>
        </w:tc>
        <w:tc>
          <w:tcPr>
            <w:tcW w:w="4703" w:type="dxa"/>
          </w:tcPr>
          <w:p w14:paraId="4BAEF82A" w14:textId="77777777" w:rsidR="00456840" w:rsidRDefault="00000000">
            <w:pPr>
              <w:spacing w:before="40" w:after="40"/>
            </w:pPr>
            <w:r>
              <w:rPr>
                <w:sz w:val="19"/>
              </w:rPr>
              <w:t>[React, Node.js, Python, PostgreSQL, Docker, AWS]</w:t>
            </w:r>
          </w:p>
        </w:tc>
      </w:tr>
      <w:tr w:rsidR="00456840" w:rsidRPr="00190AA1" w14:paraId="39BFAC48" w14:textId="77777777">
        <w:tc>
          <w:tcPr>
            <w:tcW w:w="1984" w:type="dxa"/>
          </w:tcPr>
          <w:p w14:paraId="6B436B02" w14:textId="77777777" w:rsidR="00456840" w:rsidRDefault="00000000">
            <w:pPr>
              <w:spacing w:before="40" w:after="40"/>
            </w:pPr>
            <w:r>
              <w:rPr>
                <w:b/>
                <w:color w:val="1A365D"/>
                <w:sz w:val="19"/>
              </w:rPr>
              <w:t>Ferramentas:</w:t>
            </w:r>
          </w:p>
        </w:tc>
        <w:tc>
          <w:tcPr>
            <w:tcW w:w="4703" w:type="dxa"/>
          </w:tcPr>
          <w:p w14:paraId="146D220B" w14:textId="77777777" w:rsidR="00456840" w:rsidRPr="00190AA1" w:rsidRDefault="00000000">
            <w:pPr>
              <w:spacing w:before="40" w:after="40"/>
              <w:rPr>
                <w:lang w:val="pt-BR"/>
              </w:rPr>
            </w:pPr>
            <w:r w:rsidRPr="00190AA1">
              <w:rPr>
                <w:sz w:val="19"/>
                <w:lang w:val="pt-BR"/>
              </w:rPr>
              <w:t>[</w:t>
            </w:r>
            <w:proofErr w:type="spellStart"/>
            <w:r w:rsidRPr="00190AA1">
              <w:rPr>
                <w:sz w:val="19"/>
                <w:lang w:val="pt-BR"/>
              </w:rPr>
              <w:t>Git</w:t>
            </w:r>
            <w:proofErr w:type="spellEnd"/>
            <w:r w:rsidRPr="00190AA1">
              <w:rPr>
                <w:sz w:val="19"/>
                <w:lang w:val="pt-BR"/>
              </w:rPr>
              <w:t xml:space="preserve">, CI/CD, </w:t>
            </w:r>
            <w:proofErr w:type="spellStart"/>
            <w:r w:rsidRPr="00190AA1">
              <w:rPr>
                <w:sz w:val="19"/>
                <w:lang w:val="pt-BR"/>
              </w:rPr>
              <w:t>Jira</w:t>
            </w:r>
            <w:proofErr w:type="spellEnd"/>
            <w:r w:rsidRPr="00190AA1">
              <w:rPr>
                <w:sz w:val="19"/>
                <w:lang w:val="pt-BR"/>
              </w:rPr>
              <w:t xml:space="preserve">, </w:t>
            </w:r>
            <w:proofErr w:type="spellStart"/>
            <w:r w:rsidRPr="00190AA1">
              <w:rPr>
                <w:sz w:val="19"/>
                <w:lang w:val="pt-BR"/>
              </w:rPr>
              <w:t>Figma</w:t>
            </w:r>
            <w:proofErr w:type="spellEnd"/>
            <w:r w:rsidRPr="00190AA1">
              <w:rPr>
                <w:sz w:val="19"/>
                <w:lang w:val="pt-BR"/>
              </w:rPr>
              <w:t xml:space="preserve">, </w:t>
            </w:r>
            <w:proofErr w:type="spellStart"/>
            <w:r w:rsidRPr="00190AA1">
              <w:rPr>
                <w:sz w:val="19"/>
                <w:lang w:val="pt-BR"/>
              </w:rPr>
              <w:t>Datadog</w:t>
            </w:r>
            <w:proofErr w:type="spellEnd"/>
            <w:r w:rsidRPr="00190AA1">
              <w:rPr>
                <w:sz w:val="19"/>
                <w:lang w:val="pt-BR"/>
              </w:rPr>
              <w:t>]</w:t>
            </w:r>
          </w:p>
        </w:tc>
      </w:tr>
      <w:tr w:rsidR="00456840" w:rsidRPr="00190AA1" w14:paraId="173F3180" w14:textId="77777777">
        <w:tc>
          <w:tcPr>
            <w:tcW w:w="1984" w:type="dxa"/>
          </w:tcPr>
          <w:p w14:paraId="0941070C" w14:textId="77777777" w:rsidR="00456840" w:rsidRDefault="00000000">
            <w:pPr>
              <w:spacing w:before="40" w:after="40"/>
            </w:pPr>
            <w:r>
              <w:rPr>
                <w:b/>
                <w:color w:val="1A365D"/>
                <w:sz w:val="19"/>
              </w:rPr>
              <w:t>Soft Skills:</w:t>
            </w:r>
          </w:p>
        </w:tc>
        <w:tc>
          <w:tcPr>
            <w:tcW w:w="4703" w:type="dxa"/>
          </w:tcPr>
          <w:p w14:paraId="1EB81660" w14:textId="77777777" w:rsidR="00456840" w:rsidRPr="00190AA1" w:rsidRDefault="00000000">
            <w:pPr>
              <w:spacing w:before="40" w:after="40"/>
              <w:rPr>
                <w:lang w:val="pt-BR"/>
              </w:rPr>
            </w:pPr>
            <w:r w:rsidRPr="00190AA1">
              <w:rPr>
                <w:sz w:val="19"/>
                <w:lang w:val="pt-BR"/>
              </w:rPr>
              <w:t>[Liderança, Comunicação, Resolução de problemas, Mentoria, Adaptabilidade]</w:t>
            </w:r>
          </w:p>
        </w:tc>
      </w:tr>
      <w:tr w:rsidR="00456840" w14:paraId="1372D063" w14:textId="77777777">
        <w:tc>
          <w:tcPr>
            <w:tcW w:w="1984" w:type="dxa"/>
          </w:tcPr>
          <w:p w14:paraId="6E5AC00F" w14:textId="77777777" w:rsidR="00456840" w:rsidRDefault="00000000">
            <w:pPr>
              <w:spacing w:before="40" w:after="40"/>
            </w:pPr>
            <w:r>
              <w:rPr>
                <w:b/>
                <w:color w:val="1A365D"/>
                <w:sz w:val="19"/>
              </w:rPr>
              <w:t xml:space="preserve">AI &amp; </w:t>
            </w:r>
            <w:proofErr w:type="spellStart"/>
            <w:r>
              <w:rPr>
                <w:b/>
                <w:color w:val="1A365D"/>
                <w:sz w:val="19"/>
              </w:rPr>
              <w:t>Automação</w:t>
            </w:r>
            <w:proofErr w:type="spellEnd"/>
            <w:r>
              <w:rPr>
                <w:b/>
                <w:color w:val="1A365D"/>
                <w:sz w:val="19"/>
              </w:rPr>
              <w:t>:</w:t>
            </w:r>
          </w:p>
        </w:tc>
        <w:tc>
          <w:tcPr>
            <w:tcW w:w="4703" w:type="dxa"/>
          </w:tcPr>
          <w:p w14:paraId="2A86E102" w14:textId="77777777" w:rsidR="00456840" w:rsidRDefault="00000000">
            <w:pPr>
              <w:spacing w:before="40" w:after="40"/>
            </w:pPr>
            <w:r>
              <w:rPr>
                <w:sz w:val="19"/>
              </w:rPr>
              <w:t>[ChatGPT, Prompt Engineering, Python/ML, Automação, Análise de dados]</w:t>
            </w:r>
          </w:p>
        </w:tc>
      </w:tr>
    </w:tbl>
    <w:p w14:paraId="36B12475" w14:textId="77777777" w:rsidR="00456840" w:rsidRPr="00190AA1" w:rsidRDefault="00000000">
      <w:pPr>
        <w:spacing w:before="20" w:after="40"/>
        <w:rPr>
          <w:lang w:val="pt-BR"/>
        </w:rPr>
      </w:pPr>
      <w:r>
        <w:rPr>
          <w:i/>
          <w:color w:val="92400E"/>
          <w:sz w:val="16"/>
        </w:rPr>
        <w:t>💡</w:t>
      </w:r>
      <w:r w:rsidRPr="00190AA1">
        <w:rPr>
          <w:i/>
          <w:color w:val="92400E"/>
          <w:sz w:val="16"/>
          <w:lang w:val="pt-BR"/>
        </w:rPr>
        <w:t xml:space="preserve"> Tendências #8 e #9: Soft skills e AI skills são DIFERENCIAIS. Inclua pelo menos 2 de cada.</w:t>
      </w:r>
    </w:p>
    <w:p w14:paraId="44D062B6" w14:textId="77777777" w:rsidR="00456840" w:rsidRPr="00190AA1" w:rsidRDefault="00000000">
      <w:pPr>
        <w:pBdr>
          <w:bottom w:val="single" w:sz="4" w:space="1" w:color="1A365D"/>
        </w:pBdr>
        <w:spacing w:before="280" w:after="120"/>
        <w:rPr>
          <w:lang w:val="pt-BR"/>
        </w:rPr>
      </w:pPr>
      <w:r w:rsidRPr="00190AA1">
        <w:rPr>
          <w:b/>
          <w:color w:val="1A365D"/>
          <w:sz w:val="19"/>
          <w:lang w:val="pt-BR"/>
        </w:rPr>
        <w:t>EXPERIÊNCIA PROFISSIONAL</w:t>
      </w:r>
    </w:p>
    <w:p w14:paraId="0967C187" w14:textId="77777777" w:rsidR="00456840" w:rsidRPr="00190AA1" w:rsidRDefault="00000000">
      <w:pPr>
        <w:spacing w:before="20" w:after="40"/>
        <w:rPr>
          <w:lang w:val="pt-BR"/>
        </w:rPr>
      </w:pPr>
      <w:r>
        <w:rPr>
          <w:i/>
          <w:color w:val="92400E"/>
          <w:sz w:val="16"/>
        </w:rPr>
        <w:t>💡</w:t>
      </w:r>
      <w:r w:rsidRPr="00190AA1">
        <w:rPr>
          <w:i/>
          <w:color w:val="92400E"/>
          <w:sz w:val="16"/>
          <w:lang w:val="pt-BR"/>
        </w:rPr>
        <w:t xml:space="preserve"> Tendência #7 — CADA </w:t>
      </w:r>
      <w:proofErr w:type="spellStart"/>
      <w:r w:rsidRPr="00190AA1">
        <w:rPr>
          <w:i/>
          <w:color w:val="92400E"/>
          <w:sz w:val="16"/>
          <w:lang w:val="pt-BR"/>
        </w:rPr>
        <w:t>bullet</w:t>
      </w:r>
      <w:proofErr w:type="spellEnd"/>
      <w:r w:rsidRPr="00190AA1">
        <w:rPr>
          <w:i/>
          <w:color w:val="92400E"/>
          <w:sz w:val="16"/>
          <w:lang w:val="pt-BR"/>
        </w:rPr>
        <w:t xml:space="preserve"> tem NÚMERO ou %. NUNCA use 'responsável por'. Use verbos de ação: liderei, implementei, reduzi, aumentei, otimizei.</w:t>
      </w:r>
    </w:p>
    <w:p w14:paraId="6C78109D" w14:textId="77777777" w:rsidR="00456840" w:rsidRPr="00190AA1" w:rsidRDefault="00000000">
      <w:pPr>
        <w:tabs>
          <w:tab w:val="right" w:pos="8510"/>
        </w:tabs>
        <w:spacing w:before="160" w:after="60"/>
        <w:rPr>
          <w:lang w:val="pt-BR"/>
        </w:rPr>
      </w:pPr>
      <w:r w:rsidRPr="00190AA1">
        <w:rPr>
          <w:b/>
          <w:lang w:val="pt-BR"/>
        </w:rPr>
        <w:t xml:space="preserve">[Desenvolvedor </w:t>
      </w:r>
      <w:proofErr w:type="spellStart"/>
      <w:r w:rsidRPr="00190AA1">
        <w:rPr>
          <w:b/>
          <w:lang w:val="pt-BR"/>
        </w:rPr>
        <w:t>Full-Stack</w:t>
      </w:r>
      <w:proofErr w:type="spellEnd"/>
      <w:r w:rsidRPr="00190AA1">
        <w:rPr>
          <w:b/>
          <w:lang w:val="pt-BR"/>
        </w:rPr>
        <w:t xml:space="preserve"> </w:t>
      </w:r>
      <w:proofErr w:type="gramStart"/>
      <w:r w:rsidRPr="00190AA1">
        <w:rPr>
          <w:b/>
          <w:lang w:val="pt-BR"/>
        </w:rPr>
        <w:t>Sênior]</w:t>
      </w:r>
      <w:r w:rsidRPr="00190AA1">
        <w:rPr>
          <w:color w:val="6B7280"/>
          <w:sz w:val="20"/>
          <w:lang w:val="pt-BR"/>
        </w:rPr>
        <w:t xml:space="preserve">  —</w:t>
      </w:r>
      <w:proofErr w:type="gramEnd"/>
      <w:r w:rsidRPr="00190AA1">
        <w:rPr>
          <w:color w:val="6B7280"/>
          <w:sz w:val="20"/>
          <w:lang w:val="pt-BR"/>
        </w:rPr>
        <w:t xml:space="preserve">  [Nome da Empresa]</w:t>
      </w:r>
      <w:r w:rsidRPr="00190AA1">
        <w:rPr>
          <w:color w:val="6B7280"/>
          <w:sz w:val="18"/>
          <w:lang w:val="pt-BR"/>
        </w:rPr>
        <w:tab/>
        <w:t>[Jan 2023 — Presente]</w:t>
      </w:r>
    </w:p>
    <w:p w14:paraId="55223631" w14:textId="77777777" w:rsidR="00456840" w:rsidRPr="00190AA1" w:rsidRDefault="00000000">
      <w:pPr>
        <w:spacing w:before="20" w:after="20"/>
        <w:ind w:left="454" w:hanging="227"/>
        <w:rPr>
          <w:lang w:val="pt-BR"/>
        </w:rPr>
      </w:pPr>
      <w:r w:rsidRPr="00190AA1">
        <w:rPr>
          <w:sz w:val="19"/>
          <w:lang w:val="pt-BR"/>
        </w:rPr>
        <w:t>•  Liderei a migração de [N] sistemas para [tecnologia], reduzindo custos em [X%] e tempo de entrega em [Y%].</w:t>
      </w:r>
    </w:p>
    <w:p w14:paraId="1C85EA04" w14:textId="77777777" w:rsidR="00456840" w:rsidRPr="00190AA1" w:rsidRDefault="00000000">
      <w:pPr>
        <w:spacing w:before="20" w:after="20"/>
        <w:ind w:left="454" w:hanging="227"/>
        <w:rPr>
          <w:lang w:val="pt-BR"/>
        </w:rPr>
      </w:pPr>
      <w:r w:rsidRPr="00190AA1">
        <w:rPr>
          <w:sz w:val="19"/>
          <w:lang w:val="pt-BR"/>
        </w:rPr>
        <w:t>•  Implementei [solução] que gerou economia de [valor] e beneficiou [N] usuários.</w:t>
      </w:r>
    </w:p>
    <w:p w14:paraId="586F6ABA" w14:textId="77777777" w:rsidR="00456840" w:rsidRPr="00190AA1" w:rsidRDefault="00000000">
      <w:pPr>
        <w:spacing w:before="20" w:after="20"/>
        <w:ind w:left="454" w:hanging="227"/>
        <w:rPr>
          <w:lang w:val="pt-BR"/>
        </w:rPr>
      </w:pPr>
      <w:r w:rsidRPr="00190AA1">
        <w:rPr>
          <w:sz w:val="19"/>
          <w:lang w:val="pt-BR"/>
        </w:rPr>
        <w:t>•  Orientação de [N] profissionais juniores, elevando [métrica] de [A%] para [B%].</w:t>
      </w:r>
    </w:p>
    <w:p w14:paraId="455E4227" w14:textId="77777777" w:rsidR="00456840" w:rsidRPr="00190AA1" w:rsidRDefault="00000000">
      <w:pPr>
        <w:spacing w:before="20" w:after="20"/>
        <w:ind w:left="454" w:hanging="227"/>
        <w:rPr>
          <w:lang w:val="pt-BR"/>
        </w:rPr>
      </w:pPr>
      <w:r w:rsidRPr="00190AA1">
        <w:rPr>
          <w:sz w:val="19"/>
          <w:lang w:val="pt-BR"/>
        </w:rPr>
        <w:t xml:space="preserve">•  Redesenhei [sistema/processo] suportando [N </w:t>
      </w:r>
      <w:proofErr w:type="spellStart"/>
      <w:r w:rsidRPr="00190AA1">
        <w:rPr>
          <w:sz w:val="19"/>
          <w:lang w:val="pt-BR"/>
        </w:rPr>
        <w:t>req</w:t>
      </w:r>
      <w:proofErr w:type="spellEnd"/>
      <w:r w:rsidRPr="00190AA1">
        <w:rPr>
          <w:sz w:val="19"/>
          <w:lang w:val="pt-BR"/>
        </w:rPr>
        <w:t>/dia] com melhoria de [X%].</w:t>
      </w:r>
    </w:p>
    <w:p w14:paraId="4C1CB12D" w14:textId="77777777" w:rsidR="00456840" w:rsidRPr="00190AA1" w:rsidRDefault="00000000">
      <w:pPr>
        <w:tabs>
          <w:tab w:val="right" w:pos="8510"/>
        </w:tabs>
        <w:spacing w:before="160" w:after="60"/>
        <w:rPr>
          <w:lang w:val="pt-BR"/>
        </w:rPr>
      </w:pPr>
      <w:r w:rsidRPr="00190AA1">
        <w:rPr>
          <w:b/>
          <w:lang w:val="pt-BR"/>
        </w:rPr>
        <w:t xml:space="preserve">[Cargo </w:t>
      </w:r>
      <w:proofErr w:type="gramStart"/>
      <w:r w:rsidRPr="00190AA1">
        <w:rPr>
          <w:b/>
          <w:lang w:val="pt-BR"/>
        </w:rPr>
        <w:t>Anterior]</w:t>
      </w:r>
      <w:r w:rsidRPr="00190AA1">
        <w:rPr>
          <w:color w:val="6B7280"/>
          <w:sz w:val="20"/>
          <w:lang w:val="pt-BR"/>
        </w:rPr>
        <w:t xml:space="preserve">  —</w:t>
      </w:r>
      <w:proofErr w:type="gramEnd"/>
      <w:r w:rsidRPr="00190AA1">
        <w:rPr>
          <w:color w:val="6B7280"/>
          <w:sz w:val="20"/>
          <w:lang w:val="pt-BR"/>
        </w:rPr>
        <w:t xml:space="preserve">  [Empresa Anterior]</w:t>
      </w:r>
      <w:r w:rsidRPr="00190AA1">
        <w:rPr>
          <w:color w:val="6B7280"/>
          <w:sz w:val="18"/>
          <w:lang w:val="pt-BR"/>
        </w:rPr>
        <w:tab/>
        <w:t>[Mar 2020 — Dez 2022]</w:t>
      </w:r>
    </w:p>
    <w:p w14:paraId="03C5F17B" w14:textId="77777777" w:rsidR="00456840" w:rsidRPr="00190AA1" w:rsidRDefault="00000000">
      <w:pPr>
        <w:spacing w:before="20" w:after="20"/>
        <w:ind w:left="454" w:hanging="227"/>
        <w:rPr>
          <w:lang w:val="pt-BR"/>
        </w:rPr>
      </w:pPr>
      <w:r w:rsidRPr="00190AA1">
        <w:rPr>
          <w:sz w:val="19"/>
          <w:lang w:val="pt-BR"/>
        </w:rPr>
        <w:t>•  Desenvolvi [projeto] para [N] usuários, resultando em aumento de [X%] em [métrica].</w:t>
      </w:r>
    </w:p>
    <w:p w14:paraId="5BCD9EE6" w14:textId="77777777" w:rsidR="00456840" w:rsidRPr="00190AA1" w:rsidRDefault="00000000">
      <w:pPr>
        <w:spacing w:before="20" w:after="20"/>
        <w:ind w:left="454" w:hanging="227"/>
        <w:rPr>
          <w:lang w:val="pt-BR"/>
        </w:rPr>
      </w:pPr>
      <w:r w:rsidRPr="00190AA1">
        <w:rPr>
          <w:sz w:val="19"/>
          <w:lang w:val="pt-BR"/>
        </w:rPr>
        <w:t>•  Automatizei [processo] que consumia [N h/semana], reduzindo para [X minutos].</w:t>
      </w:r>
    </w:p>
    <w:p w14:paraId="7A55C5A0" w14:textId="77777777" w:rsidR="00456840" w:rsidRPr="00190AA1" w:rsidRDefault="00000000">
      <w:pPr>
        <w:spacing w:before="20" w:after="20"/>
        <w:ind w:left="454" w:hanging="227"/>
        <w:rPr>
          <w:lang w:val="pt-BR"/>
        </w:rPr>
      </w:pPr>
      <w:r w:rsidRPr="00190AA1">
        <w:rPr>
          <w:sz w:val="19"/>
          <w:lang w:val="pt-BR"/>
        </w:rPr>
        <w:t>•  Participei de [iniciativa], contribuindo para melhoria de [métrica] em [X%].</w:t>
      </w:r>
    </w:p>
    <w:p w14:paraId="478B96CB" w14:textId="77777777" w:rsidR="00456840" w:rsidRPr="00190AA1" w:rsidRDefault="00000000">
      <w:pPr>
        <w:spacing w:before="20" w:after="40"/>
        <w:rPr>
          <w:lang w:val="pt-BR"/>
        </w:rPr>
      </w:pPr>
      <w:r>
        <w:rPr>
          <w:i/>
          <w:color w:val="92400E"/>
          <w:sz w:val="16"/>
        </w:rPr>
        <w:t>💡</w:t>
      </w:r>
      <w:r w:rsidRPr="00190AA1">
        <w:rPr>
          <w:i/>
          <w:color w:val="92400E"/>
          <w:sz w:val="16"/>
          <w:lang w:val="pt-BR"/>
        </w:rPr>
        <w:t xml:space="preserve"> EXEMPLO BOM: 'Cresci o Instagram em 50% em 6 meses c/ engajamento de 5.2%'. EXEMPLO RUIM: 'Responsável por redes sociais'.</w:t>
      </w:r>
    </w:p>
    <w:p w14:paraId="5124B366" w14:textId="77777777" w:rsidR="00456840" w:rsidRPr="00190AA1" w:rsidRDefault="00000000">
      <w:pPr>
        <w:pBdr>
          <w:bottom w:val="single" w:sz="4" w:space="1" w:color="1A365D"/>
        </w:pBdr>
        <w:spacing w:before="280" w:after="120"/>
        <w:rPr>
          <w:lang w:val="pt-BR"/>
        </w:rPr>
      </w:pPr>
      <w:r w:rsidRPr="00190AA1">
        <w:rPr>
          <w:b/>
          <w:color w:val="1A365D"/>
          <w:sz w:val="19"/>
          <w:lang w:val="pt-BR"/>
        </w:rPr>
        <w:t>FORMAÇÃO</w:t>
      </w:r>
    </w:p>
    <w:p w14:paraId="08033F1A" w14:textId="77777777" w:rsidR="00456840" w:rsidRPr="00190AA1" w:rsidRDefault="00000000">
      <w:pPr>
        <w:spacing w:before="20" w:after="40"/>
        <w:rPr>
          <w:lang w:val="pt-BR"/>
        </w:rPr>
      </w:pPr>
      <w:r>
        <w:rPr>
          <w:i/>
          <w:color w:val="92400E"/>
          <w:sz w:val="16"/>
        </w:rPr>
        <w:t>💡</w:t>
      </w:r>
      <w:r w:rsidRPr="00190AA1">
        <w:rPr>
          <w:i/>
          <w:color w:val="92400E"/>
          <w:sz w:val="16"/>
          <w:lang w:val="pt-BR"/>
        </w:rPr>
        <w:t xml:space="preserve"> Tendência #10: Inclua </w:t>
      </w:r>
      <w:proofErr w:type="spellStart"/>
      <w:r w:rsidRPr="00190AA1">
        <w:rPr>
          <w:i/>
          <w:color w:val="92400E"/>
          <w:sz w:val="16"/>
          <w:lang w:val="pt-BR"/>
        </w:rPr>
        <w:t>bootcamps</w:t>
      </w:r>
      <w:proofErr w:type="spellEnd"/>
      <w:r w:rsidRPr="00190AA1">
        <w:rPr>
          <w:i/>
          <w:color w:val="92400E"/>
          <w:sz w:val="16"/>
          <w:lang w:val="pt-BR"/>
        </w:rPr>
        <w:t>, certificações, cursos online — mesmo sem diploma formal.</w:t>
      </w:r>
    </w:p>
    <w:p w14:paraId="7F988343" w14:textId="77777777" w:rsidR="00456840" w:rsidRPr="00190AA1" w:rsidRDefault="00000000">
      <w:pPr>
        <w:spacing w:after="40"/>
        <w:rPr>
          <w:lang w:val="pt-BR"/>
        </w:rPr>
      </w:pPr>
      <w:r w:rsidRPr="00190AA1">
        <w:rPr>
          <w:b/>
          <w:sz w:val="20"/>
          <w:lang w:val="pt-BR"/>
        </w:rPr>
        <w:t xml:space="preserve">[Bacharelado em </w:t>
      </w:r>
      <w:proofErr w:type="gramStart"/>
      <w:r w:rsidRPr="00190AA1">
        <w:rPr>
          <w:b/>
          <w:sz w:val="20"/>
          <w:lang w:val="pt-BR"/>
        </w:rPr>
        <w:t>Curso]</w:t>
      </w:r>
      <w:r w:rsidRPr="00190AA1">
        <w:rPr>
          <w:color w:val="6B7280"/>
          <w:sz w:val="20"/>
          <w:lang w:val="pt-BR"/>
        </w:rPr>
        <w:t xml:space="preserve">  —</w:t>
      </w:r>
      <w:proofErr w:type="gramEnd"/>
      <w:r w:rsidRPr="00190AA1">
        <w:rPr>
          <w:color w:val="6B7280"/>
          <w:sz w:val="20"/>
          <w:lang w:val="pt-BR"/>
        </w:rPr>
        <w:t xml:space="preserve">  [Nome da Universidade]</w:t>
      </w:r>
      <w:r w:rsidRPr="00190AA1">
        <w:rPr>
          <w:color w:val="6B7280"/>
          <w:sz w:val="18"/>
          <w:lang w:val="pt-BR"/>
        </w:rPr>
        <w:tab/>
        <w:t>[2016 — 2020]</w:t>
      </w:r>
    </w:p>
    <w:p w14:paraId="18F091BC" w14:textId="77777777" w:rsidR="00456840" w:rsidRPr="00190AA1" w:rsidRDefault="00000000">
      <w:pPr>
        <w:pBdr>
          <w:bottom w:val="single" w:sz="4" w:space="1" w:color="1A365D"/>
        </w:pBdr>
        <w:spacing w:before="280" w:after="120"/>
        <w:rPr>
          <w:lang w:val="pt-BR"/>
        </w:rPr>
      </w:pPr>
      <w:r w:rsidRPr="00190AA1">
        <w:rPr>
          <w:b/>
          <w:color w:val="1A365D"/>
          <w:sz w:val="19"/>
          <w:lang w:val="pt-BR"/>
        </w:rPr>
        <w:t>CERTIFICAÇÕES &amp; APRENDIZADO CONTÍNUO</w:t>
      </w:r>
    </w:p>
    <w:p w14:paraId="60139E74" w14:textId="77777777" w:rsidR="00456840" w:rsidRPr="00190AA1" w:rsidRDefault="00000000">
      <w:pPr>
        <w:spacing w:before="20" w:after="40"/>
        <w:rPr>
          <w:lang w:val="pt-BR"/>
        </w:rPr>
      </w:pPr>
      <w:r>
        <w:rPr>
          <w:i/>
          <w:color w:val="92400E"/>
          <w:sz w:val="16"/>
        </w:rPr>
        <w:t>💡</w:t>
      </w:r>
      <w:r w:rsidRPr="00190AA1">
        <w:rPr>
          <w:i/>
          <w:color w:val="92400E"/>
          <w:sz w:val="16"/>
          <w:lang w:val="pt-BR"/>
        </w:rPr>
        <w:t xml:space="preserve"> Tendência #10: AWS, Google, </w:t>
      </w:r>
      <w:proofErr w:type="spellStart"/>
      <w:r w:rsidRPr="00190AA1">
        <w:rPr>
          <w:i/>
          <w:color w:val="92400E"/>
          <w:sz w:val="16"/>
          <w:lang w:val="pt-BR"/>
        </w:rPr>
        <w:t>Alura</w:t>
      </w:r>
      <w:proofErr w:type="spellEnd"/>
      <w:r w:rsidRPr="00190AA1">
        <w:rPr>
          <w:i/>
          <w:color w:val="92400E"/>
          <w:sz w:val="16"/>
          <w:lang w:val="pt-BR"/>
        </w:rPr>
        <w:t xml:space="preserve">, </w:t>
      </w:r>
      <w:proofErr w:type="spellStart"/>
      <w:r w:rsidRPr="00190AA1">
        <w:rPr>
          <w:i/>
          <w:color w:val="92400E"/>
          <w:sz w:val="16"/>
          <w:lang w:val="pt-BR"/>
        </w:rPr>
        <w:t>Coursera</w:t>
      </w:r>
      <w:proofErr w:type="spellEnd"/>
      <w:r w:rsidRPr="00190AA1">
        <w:rPr>
          <w:i/>
          <w:color w:val="92400E"/>
          <w:sz w:val="16"/>
          <w:lang w:val="pt-BR"/>
        </w:rPr>
        <w:t xml:space="preserve"> — mostre que investe em aprendizado contínuo.</w:t>
      </w:r>
    </w:p>
    <w:p w14:paraId="6BB2BB14" w14:textId="77777777" w:rsidR="00456840" w:rsidRPr="00190AA1" w:rsidRDefault="00000000">
      <w:pPr>
        <w:spacing w:before="20" w:after="20"/>
        <w:ind w:left="454" w:hanging="227"/>
        <w:rPr>
          <w:lang w:val="pt-BR"/>
        </w:rPr>
      </w:pPr>
      <w:proofErr w:type="gramStart"/>
      <w:r w:rsidRPr="00190AA1">
        <w:rPr>
          <w:sz w:val="19"/>
          <w:lang w:val="pt-BR"/>
        </w:rPr>
        <w:lastRenderedPageBreak/>
        <w:t>•  [</w:t>
      </w:r>
      <w:proofErr w:type="gramEnd"/>
      <w:r w:rsidRPr="00190AA1">
        <w:rPr>
          <w:sz w:val="19"/>
          <w:lang w:val="pt-BR"/>
        </w:rPr>
        <w:t>Certificação 1</w:t>
      </w:r>
      <w:proofErr w:type="gramStart"/>
      <w:r w:rsidRPr="00190AA1">
        <w:rPr>
          <w:sz w:val="19"/>
          <w:lang w:val="pt-BR"/>
        </w:rPr>
        <w:t>]  —</w:t>
      </w:r>
      <w:proofErr w:type="gramEnd"/>
      <w:r w:rsidRPr="00190AA1">
        <w:rPr>
          <w:sz w:val="19"/>
          <w:lang w:val="pt-BR"/>
        </w:rPr>
        <w:t xml:space="preserve">  [Instituição, Ano]</w:t>
      </w:r>
    </w:p>
    <w:p w14:paraId="42BFE088" w14:textId="77777777" w:rsidR="00456840" w:rsidRPr="00190AA1" w:rsidRDefault="00000000">
      <w:pPr>
        <w:spacing w:before="20" w:after="20"/>
        <w:ind w:left="454" w:hanging="227"/>
        <w:rPr>
          <w:lang w:val="pt-BR"/>
        </w:rPr>
      </w:pPr>
      <w:proofErr w:type="gramStart"/>
      <w:r w:rsidRPr="00190AA1">
        <w:rPr>
          <w:sz w:val="19"/>
          <w:lang w:val="pt-BR"/>
        </w:rPr>
        <w:t>•  [</w:t>
      </w:r>
      <w:proofErr w:type="gramEnd"/>
      <w:r w:rsidRPr="00190AA1">
        <w:rPr>
          <w:sz w:val="19"/>
          <w:lang w:val="pt-BR"/>
        </w:rPr>
        <w:t>Certificação 2</w:t>
      </w:r>
      <w:proofErr w:type="gramStart"/>
      <w:r w:rsidRPr="00190AA1">
        <w:rPr>
          <w:sz w:val="19"/>
          <w:lang w:val="pt-BR"/>
        </w:rPr>
        <w:t>]  —</w:t>
      </w:r>
      <w:proofErr w:type="gramEnd"/>
      <w:r w:rsidRPr="00190AA1">
        <w:rPr>
          <w:sz w:val="19"/>
          <w:lang w:val="pt-BR"/>
        </w:rPr>
        <w:t xml:space="preserve">  [Instituição, Ano]</w:t>
      </w:r>
    </w:p>
    <w:p w14:paraId="56159B65" w14:textId="77777777" w:rsidR="00456840" w:rsidRPr="00190AA1" w:rsidRDefault="00000000">
      <w:pPr>
        <w:spacing w:before="20" w:after="20"/>
        <w:ind w:left="454" w:hanging="227"/>
        <w:rPr>
          <w:lang w:val="pt-BR"/>
        </w:rPr>
      </w:pPr>
      <w:proofErr w:type="gramStart"/>
      <w:r w:rsidRPr="00190AA1">
        <w:rPr>
          <w:sz w:val="19"/>
          <w:lang w:val="pt-BR"/>
        </w:rPr>
        <w:t>•  [</w:t>
      </w:r>
      <w:proofErr w:type="gramEnd"/>
      <w:r w:rsidRPr="00190AA1">
        <w:rPr>
          <w:sz w:val="19"/>
          <w:lang w:val="pt-BR"/>
        </w:rPr>
        <w:t>Certificação 3</w:t>
      </w:r>
      <w:proofErr w:type="gramStart"/>
      <w:r w:rsidRPr="00190AA1">
        <w:rPr>
          <w:sz w:val="19"/>
          <w:lang w:val="pt-BR"/>
        </w:rPr>
        <w:t>]  —</w:t>
      </w:r>
      <w:proofErr w:type="gramEnd"/>
      <w:r w:rsidRPr="00190AA1">
        <w:rPr>
          <w:sz w:val="19"/>
          <w:lang w:val="pt-BR"/>
        </w:rPr>
        <w:t xml:space="preserve">  [Instituição, Ano]</w:t>
      </w:r>
    </w:p>
    <w:p w14:paraId="15F7514E" w14:textId="77777777" w:rsidR="00456840" w:rsidRPr="00190AA1" w:rsidRDefault="00000000">
      <w:pPr>
        <w:spacing w:before="20" w:after="20"/>
        <w:ind w:left="454" w:hanging="227"/>
        <w:rPr>
          <w:lang w:val="pt-BR"/>
        </w:rPr>
      </w:pPr>
      <w:proofErr w:type="gramStart"/>
      <w:r w:rsidRPr="00190AA1">
        <w:rPr>
          <w:sz w:val="19"/>
          <w:lang w:val="pt-BR"/>
        </w:rPr>
        <w:t>•  [</w:t>
      </w:r>
      <w:proofErr w:type="gramEnd"/>
      <w:r w:rsidRPr="00190AA1">
        <w:rPr>
          <w:sz w:val="19"/>
          <w:lang w:val="pt-BR"/>
        </w:rPr>
        <w:t>Certificação 4</w:t>
      </w:r>
      <w:proofErr w:type="gramStart"/>
      <w:r w:rsidRPr="00190AA1">
        <w:rPr>
          <w:sz w:val="19"/>
          <w:lang w:val="pt-BR"/>
        </w:rPr>
        <w:t>]  —</w:t>
      </w:r>
      <w:proofErr w:type="gramEnd"/>
      <w:r w:rsidRPr="00190AA1">
        <w:rPr>
          <w:sz w:val="19"/>
          <w:lang w:val="pt-BR"/>
        </w:rPr>
        <w:t xml:space="preserve">  [Instituição, Ano]</w:t>
      </w:r>
    </w:p>
    <w:p w14:paraId="4BF6C81F" w14:textId="77777777" w:rsidR="00456840" w:rsidRPr="00190AA1" w:rsidRDefault="00000000">
      <w:pPr>
        <w:pBdr>
          <w:bottom w:val="single" w:sz="4" w:space="1" w:color="1A365D"/>
        </w:pBdr>
        <w:spacing w:before="280" w:after="120"/>
        <w:rPr>
          <w:lang w:val="pt-BR"/>
        </w:rPr>
      </w:pPr>
      <w:r w:rsidRPr="00190AA1">
        <w:rPr>
          <w:b/>
          <w:color w:val="1A365D"/>
          <w:sz w:val="19"/>
          <w:lang w:val="pt-BR"/>
        </w:rPr>
        <w:t>IDIOMAS</w:t>
      </w:r>
    </w:p>
    <w:p w14:paraId="55681C3C" w14:textId="77777777" w:rsidR="00456840" w:rsidRPr="00190AA1" w:rsidRDefault="00000000">
      <w:pPr>
        <w:rPr>
          <w:lang w:val="pt-BR"/>
        </w:rPr>
      </w:pPr>
      <w:r w:rsidRPr="00190AA1">
        <w:rPr>
          <w:sz w:val="20"/>
          <w:lang w:val="pt-BR"/>
        </w:rPr>
        <w:t xml:space="preserve">[Português: </w:t>
      </w:r>
      <w:proofErr w:type="gramStart"/>
      <w:r w:rsidRPr="00190AA1">
        <w:rPr>
          <w:sz w:val="20"/>
          <w:lang w:val="pt-BR"/>
        </w:rPr>
        <w:t>Nativo]</w:t>
      </w:r>
      <w:r w:rsidRPr="00190AA1">
        <w:rPr>
          <w:color w:val="6B7280"/>
          <w:sz w:val="20"/>
          <w:lang w:val="pt-BR"/>
        </w:rPr>
        <w:t xml:space="preserve">   </w:t>
      </w:r>
      <w:proofErr w:type="gramEnd"/>
      <w:r w:rsidRPr="00190AA1">
        <w:rPr>
          <w:color w:val="6B7280"/>
          <w:sz w:val="20"/>
          <w:lang w:val="pt-BR"/>
        </w:rPr>
        <w:t xml:space="preserve"> | </w:t>
      </w:r>
      <w:proofErr w:type="gramStart"/>
      <w:r w:rsidRPr="00190AA1">
        <w:rPr>
          <w:color w:val="6B7280"/>
          <w:sz w:val="20"/>
          <w:lang w:val="pt-BR"/>
        </w:rPr>
        <w:t xml:space="preserve">   </w:t>
      </w:r>
      <w:r w:rsidRPr="00190AA1">
        <w:rPr>
          <w:sz w:val="20"/>
          <w:lang w:val="pt-BR"/>
        </w:rPr>
        <w:t>[</w:t>
      </w:r>
      <w:proofErr w:type="gramEnd"/>
      <w:r w:rsidRPr="00190AA1">
        <w:rPr>
          <w:sz w:val="20"/>
          <w:lang w:val="pt-BR"/>
        </w:rPr>
        <w:t>Inglês: Avançado (C1</w:t>
      </w:r>
      <w:proofErr w:type="gramStart"/>
      <w:r w:rsidRPr="00190AA1">
        <w:rPr>
          <w:sz w:val="20"/>
          <w:lang w:val="pt-BR"/>
        </w:rPr>
        <w:t>)]</w:t>
      </w:r>
      <w:r w:rsidRPr="00190AA1">
        <w:rPr>
          <w:color w:val="6B7280"/>
          <w:sz w:val="20"/>
          <w:lang w:val="pt-BR"/>
        </w:rPr>
        <w:t xml:space="preserve">   </w:t>
      </w:r>
      <w:proofErr w:type="gramEnd"/>
      <w:r w:rsidRPr="00190AA1">
        <w:rPr>
          <w:color w:val="6B7280"/>
          <w:sz w:val="20"/>
          <w:lang w:val="pt-BR"/>
        </w:rPr>
        <w:t xml:space="preserve"> | </w:t>
      </w:r>
      <w:proofErr w:type="gramStart"/>
      <w:r w:rsidRPr="00190AA1">
        <w:rPr>
          <w:color w:val="6B7280"/>
          <w:sz w:val="20"/>
          <w:lang w:val="pt-BR"/>
        </w:rPr>
        <w:t xml:space="preserve">   </w:t>
      </w:r>
      <w:r w:rsidRPr="00190AA1">
        <w:rPr>
          <w:sz w:val="20"/>
          <w:lang w:val="pt-BR"/>
        </w:rPr>
        <w:t>[</w:t>
      </w:r>
      <w:proofErr w:type="gramEnd"/>
      <w:r w:rsidRPr="00190AA1">
        <w:rPr>
          <w:sz w:val="20"/>
          <w:lang w:val="pt-BR"/>
        </w:rPr>
        <w:t>Espanhol: Intermediário (B1)]</w:t>
      </w:r>
    </w:p>
    <w:p w14:paraId="161014DF" w14:textId="77777777" w:rsidR="00456840" w:rsidRPr="00190AA1" w:rsidRDefault="00000000">
      <w:pPr>
        <w:rPr>
          <w:lang w:val="pt-BR"/>
        </w:rPr>
      </w:pPr>
      <w:r w:rsidRPr="00190AA1">
        <w:rPr>
          <w:lang w:val="pt-BR"/>
        </w:rPr>
        <w:br w:type="page"/>
      </w:r>
    </w:p>
    <w:p w14:paraId="01FD7825" w14:textId="77777777" w:rsidR="00456840" w:rsidRPr="00190AA1" w:rsidRDefault="00000000">
      <w:pPr>
        <w:spacing w:after="160"/>
        <w:rPr>
          <w:lang w:val="pt-BR"/>
        </w:rPr>
      </w:pPr>
      <w:r w:rsidRPr="00190AA1">
        <w:rPr>
          <w:b/>
          <w:color w:val="1A365D"/>
          <w:sz w:val="28"/>
          <w:lang w:val="pt-BR"/>
        </w:rPr>
        <w:lastRenderedPageBreak/>
        <w:t>✅ CHECKLIST — Antes de Enviar</w:t>
      </w:r>
    </w:p>
    <w:p w14:paraId="73F6E1B4" w14:textId="7BF71836" w:rsidR="00456840" w:rsidRPr="00190AA1" w:rsidRDefault="00000000">
      <w:pPr>
        <w:spacing w:before="40" w:after="40"/>
        <w:ind w:left="283"/>
        <w:rPr>
          <w:lang w:val="pt-BR"/>
        </w:rPr>
      </w:pPr>
      <w:proofErr w:type="gramStart"/>
      <w:r w:rsidRPr="00190AA1">
        <w:rPr>
          <w:sz w:val="20"/>
          <w:lang w:val="pt-BR"/>
        </w:rPr>
        <w:t>☐  Customizei</w:t>
      </w:r>
      <w:proofErr w:type="gramEnd"/>
      <w:r w:rsidRPr="00190AA1">
        <w:rPr>
          <w:sz w:val="20"/>
          <w:lang w:val="pt-BR"/>
        </w:rPr>
        <w:t xml:space="preserve"> o resumo profissional para a vaga específica? </w:t>
      </w:r>
    </w:p>
    <w:p w14:paraId="613DB46C" w14:textId="5168D4B0" w:rsidR="00456840" w:rsidRPr="00190AA1" w:rsidRDefault="00000000">
      <w:pPr>
        <w:spacing w:before="40" w:after="40"/>
        <w:ind w:left="283"/>
        <w:rPr>
          <w:lang w:val="pt-BR"/>
        </w:rPr>
      </w:pPr>
      <w:proofErr w:type="gramStart"/>
      <w:r w:rsidRPr="00190AA1">
        <w:rPr>
          <w:sz w:val="20"/>
          <w:lang w:val="pt-BR"/>
        </w:rPr>
        <w:t>☐  Adicionei</w:t>
      </w:r>
      <w:proofErr w:type="gramEnd"/>
      <w:r w:rsidRPr="00190AA1">
        <w:rPr>
          <w:sz w:val="20"/>
          <w:lang w:val="pt-BR"/>
        </w:rPr>
        <w:t xml:space="preserve"> </w:t>
      </w:r>
      <w:proofErr w:type="spellStart"/>
      <w:r w:rsidRPr="00190AA1">
        <w:rPr>
          <w:sz w:val="20"/>
          <w:lang w:val="pt-BR"/>
        </w:rPr>
        <w:t>keywords</w:t>
      </w:r>
      <w:proofErr w:type="spellEnd"/>
      <w:r w:rsidRPr="00190AA1">
        <w:rPr>
          <w:sz w:val="20"/>
          <w:lang w:val="pt-BR"/>
        </w:rPr>
        <w:t xml:space="preserve"> da descrição da vaga no currículo?</w:t>
      </w:r>
    </w:p>
    <w:p w14:paraId="173F71B9" w14:textId="3DB4548E" w:rsidR="00456840" w:rsidRPr="00190AA1" w:rsidRDefault="00000000">
      <w:pPr>
        <w:spacing w:before="40" w:after="40"/>
        <w:ind w:left="283"/>
        <w:rPr>
          <w:lang w:val="pt-BR"/>
        </w:rPr>
      </w:pPr>
      <w:proofErr w:type="gramStart"/>
      <w:r w:rsidRPr="00190AA1">
        <w:rPr>
          <w:sz w:val="20"/>
          <w:lang w:val="pt-BR"/>
        </w:rPr>
        <w:t>☐  Cada</w:t>
      </w:r>
      <w:proofErr w:type="gramEnd"/>
      <w:r w:rsidRPr="00190AA1">
        <w:rPr>
          <w:sz w:val="20"/>
          <w:lang w:val="pt-BR"/>
        </w:rPr>
        <w:t xml:space="preserve"> </w:t>
      </w:r>
      <w:proofErr w:type="spellStart"/>
      <w:r w:rsidRPr="00190AA1">
        <w:rPr>
          <w:sz w:val="20"/>
          <w:lang w:val="pt-BR"/>
        </w:rPr>
        <w:t>bullet</w:t>
      </w:r>
      <w:proofErr w:type="spellEnd"/>
      <w:r w:rsidRPr="00190AA1">
        <w:rPr>
          <w:sz w:val="20"/>
          <w:lang w:val="pt-BR"/>
        </w:rPr>
        <w:t xml:space="preserve"> de experiência tem NÚMERO ou resultado mensurável? </w:t>
      </w:r>
    </w:p>
    <w:p w14:paraId="77FA7B8E" w14:textId="4A1CA5A6" w:rsidR="00456840" w:rsidRPr="00190AA1" w:rsidRDefault="00000000">
      <w:pPr>
        <w:spacing w:before="40" w:after="40"/>
        <w:ind w:left="283"/>
        <w:rPr>
          <w:lang w:val="pt-BR"/>
        </w:rPr>
      </w:pPr>
      <w:proofErr w:type="gramStart"/>
      <w:r w:rsidRPr="00190AA1">
        <w:rPr>
          <w:sz w:val="20"/>
          <w:lang w:val="pt-BR"/>
        </w:rPr>
        <w:t>☐  Incluí</w:t>
      </w:r>
      <w:proofErr w:type="gramEnd"/>
      <w:r w:rsidRPr="00190AA1">
        <w:rPr>
          <w:sz w:val="20"/>
          <w:lang w:val="pt-BR"/>
        </w:rPr>
        <w:t xml:space="preserve"> pelo menos 2 soft skills + competência em AI? </w:t>
      </w:r>
    </w:p>
    <w:p w14:paraId="5F62DD03" w14:textId="480BB7E2" w:rsidR="00456840" w:rsidRPr="00190AA1" w:rsidRDefault="00000000">
      <w:pPr>
        <w:spacing w:before="40" w:after="40"/>
        <w:ind w:left="283"/>
        <w:rPr>
          <w:lang w:val="pt-BR"/>
        </w:rPr>
      </w:pPr>
      <w:proofErr w:type="gramStart"/>
      <w:r w:rsidRPr="00190AA1">
        <w:rPr>
          <w:sz w:val="20"/>
          <w:lang w:val="pt-BR"/>
        </w:rPr>
        <w:t>☐  Meu</w:t>
      </w:r>
      <w:proofErr w:type="gramEnd"/>
      <w:r w:rsidRPr="00190AA1">
        <w:rPr>
          <w:sz w:val="20"/>
          <w:lang w:val="pt-BR"/>
        </w:rPr>
        <w:t xml:space="preserve"> LinkedIn está atualizado e condizente? </w:t>
      </w:r>
    </w:p>
    <w:p w14:paraId="6EC5A19D" w14:textId="049A2622" w:rsidR="00456840" w:rsidRPr="00190AA1" w:rsidRDefault="00000000">
      <w:pPr>
        <w:spacing w:before="40" w:after="40"/>
        <w:ind w:left="283"/>
        <w:rPr>
          <w:lang w:val="pt-BR"/>
        </w:rPr>
      </w:pPr>
      <w:proofErr w:type="gramStart"/>
      <w:r w:rsidRPr="00190AA1">
        <w:rPr>
          <w:sz w:val="20"/>
          <w:lang w:val="pt-BR"/>
        </w:rPr>
        <w:t>☐  Salvei</w:t>
      </w:r>
      <w:proofErr w:type="gramEnd"/>
      <w:r w:rsidRPr="00190AA1">
        <w:rPr>
          <w:sz w:val="20"/>
          <w:lang w:val="pt-BR"/>
        </w:rPr>
        <w:t xml:space="preserve"> como PDF antes de enviar? </w:t>
      </w:r>
    </w:p>
    <w:p w14:paraId="2ED608F6" w14:textId="28B58F57" w:rsidR="00456840" w:rsidRPr="00190AA1" w:rsidRDefault="00000000">
      <w:pPr>
        <w:spacing w:before="40" w:after="40"/>
        <w:ind w:left="283"/>
        <w:rPr>
          <w:lang w:val="pt-BR"/>
        </w:rPr>
      </w:pPr>
      <w:proofErr w:type="gramStart"/>
      <w:r w:rsidRPr="00190AA1">
        <w:rPr>
          <w:sz w:val="20"/>
          <w:lang w:val="pt-BR"/>
        </w:rPr>
        <w:t>☐  O</w:t>
      </w:r>
      <w:proofErr w:type="gramEnd"/>
      <w:r w:rsidRPr="00190AA1">
        <w:rPr>
          <w:sz w:val="20"/>
          <w:lang w:val="pt-BR"/>
        </w:rPr>
        <w:t xml:space="preserve"> layout está limpo, sem gráficos complexos? </w:t>
      </w:r>
    </w:p>
    <w:p w14:paraId="642281D5" w14:textId="5848BDCB" w:rsidR="00456840" w:rsidRPr="00190AA1" w:rsidRDefault="00000000">
      <w:pPr>
        <w:spacing w:before="40" w:after="40"/>
        <w:ind w:left="283"/>
        <w:rPr>
          <w:lang w:val="pt-BR"/>
        </w:rPr>
      </w:pPr>
      <w:proofErr w:type="gramStart"/>
      <w:r w:rsidRPr="00190AA1">
        <w:rPr>
          <w:sz w:val="20"/>
          <w:lang w:val="pt-BR"/>
        </w:rPr>
        <w:t>☐  Removi</w:t>
      </w:r>
      <w:proofErr w:type="gramEnd"/>
      <w:r w:rsidRPr="00190AA1">
        <w:rPr>
          <w:sz w:val="20"/>
          <w:lang w:val="pt-BR"/>
        </w:rPr>
        <w:t xml:space="preserve"> as instruções em itálico laranja? </w:t>
      </w:r>
    </w:p>
    <w:p w14:paraId="1ADBB8A0" w14:textId="77777777" w:rsidR="00456840" w:rsidRPr="00190AA1" w:rsidRDefault="00000000">
      <w:pPr>
        <w:spacing w:before="40" w:after="40"/>
        <w:ind w:left="283"/>
        <w:rPr>
          <w:lang w:val="pt-BR"/>
        </w:rPr>
      </w:pPr>
      <w:proofErr w:type="gramStart"/>
      <w:r w:rsidRPr="00190AA1">
        <w:rPr>
          <w:sz w:val="20"/>
          <w:lang w:val="pt-BR"/>
        </w:rPr>
        <w:t>☐  Comparei</w:t>
      </w:r>
      <w:proofErr w:type="gramEnd"/>
      <w:r w:rsidRPr="00190AA1">
        <w:rPr>
          <w:sz w:val="20"/>
          <w:lang w:val="pt-BR"/>
        </w:rPr>
        <w:t xml:space="preserve"> com a descrição da vaga no </w:t>
      </w:r>
      <w:proofErr w:type="spellStart"/>
      <w:r w:rsidRPr="00190AA1">
        <w:rPr>
          <w:sz w:val="20"/>
          <w:lang w:val="pt-BR"/>
        </w:rPr>
        <w:t>Jobscan</w:t>
      </w:r>
      <w:proofErr w:type="spellEnd"/>
      <w:r w:rsidRPr="00190AA1">
        <w:rPr>
          <w:sz w:val="20"/>
          <w:lang w:val="pt-BR"/>
        </w:rPr>
        <w:t xml:space="preserve"> ou ChatGPT?</w:t>
      </w:r>
    </w:p>
    <w:sectPr w:rsidR="00456840" w:rsidRPr="00190AA1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1802834">
    <w:abstractNumId w:val="8"/>
  </w:num>
  <w:num w:numId="2" w16cid:durableId="2130389320">
    <w:abstractNumId w:val="6"/>
  </w:num>
  <w:num w:numId="3" w16cid:durableId="644745287">
    <w:abstractNumId w:val="5"/>
  </w:num>
  <w:num w:numId="4" w16cid:durableId="727188241">
    <w:abstractNumId w:val="4"/>
  </w:num>
  <w:num w:numId="5" w16cid:durableId="2009092669">
    <w:abstractNumId w:val="7"/>
  </w:num>
  <w:num w:numId="6" w16cid:durableId="1340235997">
    <w:abstractNumId w:val="3"/>
  </w:num>
  <w:num w:numId="7" w16cid:durableId="1120108045">
    <w:abstractNumId w:val="2"/>
  </w:num>
  <w:num w:numId="8" w16cid:durableId="185682554">
    <w:abstractNumId w:val="1"/>
  </w:num>
  <w:num w:numId="9" w16cid:durableId="1467815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0AA1"/>
    <w:rsid w:val="0029639D"/>
    <w:rsid w:val="00326F90"/>
    <w:rsid w:val="00456840"/>
    <w:rsid w:val="00AA1D8D"/>
    <w:rsid w:val="00B47730"/>
    <w:rsid w:val="00CB0664"/>
    <w:rsid w:val="00F65F1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C3D1D2"/>
  <w14:defaultImageDpi w14:val="300"/>
  <w15:docId w15:val="{45F5FCC8-41C2-44F8-A768-C63CBD70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F2937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717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Alessandro Batista Duarte Ferreira</cp:lastModifiedBy>
  <cp:revision>2</cp:revision>
  <dcterms:created xsi:type="dcterms:W3CDTF">2013-12-23T23:15:00Z</dcterms:created>
  <dcterms:modified xsi:type="dcterms:W3CDTF">2026-06-18T19:50:00Z</dcterms:modified>
  <cp:category/>
</cp:coreProperties>
</file>